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B84E0" w14:textId="23169134" w:rsidR="005970D7" w:rsidRPr="002C14E1" w:rsidRDefault="002C14E1" w:rsidP="002C14E1">
      <w:pPr>
        <w:spacing w:before="200"/>
        <w:jc w:val="center"/>
        <w:rPr>
          <w:rFonts w:asciiTheme="minorHAnsi" w:hAnsiTheme="minorHAnsi"/>
          <w:b/>
          <w:color w:val="1F4E5F"/>
          <w:sz w:val="42"/>
          <w:lang w:val="en-IE"/>
        </w:rPr>
      </w:pPr>
      <w:r>
        <w:rPr>
          <w:noProof/>
          <w:color w:val="666666"/>
          <w:sz w:val="15"/>
        </w:rPr>
        <w:drawing>
          <wp:anchor distT="0" distB="0" distL="114300" distR="114300" simplePos="0" relativeHeight="251659264" behindDoc="1" locked="0" layoutInCell="1" allowOverlap="1" wp14:anchorId="61C29945" wp14:editId="0EE93157">
            <wp:simplePos x="0" y="0"/>
            <wp:positionH relativeFrom="column">
              <wp:posOffset>1694815</wp:posOffset>
            </wp:positionH>
            <wp:positionV relativeFrom="paragraph">
              <wp:posOffset>243840</wp:posOffset>
            </wp:positionV>
            <wp:extent cx="2834640" cy="873125"/>
            <wp:effectExtent l="0" t="0" r="3810" b="3175"/>
            <wp:wrapTopAndBottom/>
            <wp:docPr id="1327093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20973" b="24210"/>
                    <a:stretch>
                      <a:fillRect/>
                    </a:stretch>
                  </pic:blipFill>
                  <pic:spPr bwMode="auto">
                    <a:xfrm>
                      <a:off x="0" y="0"/>
                      <a:ext cx="2834640" cy="873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02B5" w:rsidRPr="002C14E1">
        <w:rPr>
          <w:rFonts w:ascii="Aspira" w:hAnsi="Aspira"/>
          <w:b/>
          <w:color w:val="1F4E5F"/>
          <w:sz w:val="42"/>
        </w:rPr>
        <w:t>Human Resources and</w:t>
      </w:r>
      <w:r w:rsidR="007802B5" w:rsidRPr="002C14E1">
        <w:rPr>
          <w:rFonts w:ascii="Aspira" w:hAnsi="Aspira"/>
          <w:b/>
          <w:color w:val="1F4E5F"/>
          <w:sz w:val="42"/>
        </w:rPr>
        <w:br/>
        <w:t>Employment Services Manager</w:t>
      </w:r>
    </w:p>
    <w:p w14:paraId="34855B2B" w14:textId="77777777" w:rsidR="005970D7" w:rsidRPr="002C14E1" w:rsidRDefault="007802B5">
      <w:pPr>
        <w:jc w:val="center"/>
        <w:rPr>
          <w:rFonts w:ascii="Aspira" w:hAnsi="Aspira"/>
        </w:rPr>
      </w:pPr>
      <w:r w:rsidRPr="002C14E1">
        <w:rPr>
          <w:rFonts w:ascii="Aspira" w:hAnsi="Aspira"/>
          <w:b/>
          <w:color w:val="2F6F73"/>
          <w:sz w:val="28"/>
        </w:rPr>
        <w:t>APPLICATION FORM</w:t>
      </w:r>
    </w:p>
    <w:tbl>
      <w:tblPr>
        <w:tblStyle w:val="TableGrid"/>
        <w:tblW w:w="0" w:type="auto"/>
        <w:jc w:val="center"/>
        <w:tblLayout w:type="fixed"/>
        <w:tblLook w:val="04A0" w:firstRow="1" w:lastRow="0" w:firstColumn="1" w:lastColumn="0" w:noHBand="0" w:noVBand="1"/>
      </w:tblPr>
      <w:tblGrid>
        <w:gridCol w:w="8784"/>
      </w:tblGrid>
      <w:tr w:rsidR="005970D7" w:rsidRPr="002C14E1" w14:paraId="6B6724CC" w14:textId="77777777">
        <w:trPr>
          <w:jc w:val="center"/>
        </w:trPr>
        <w:tc>
          <w:tcPr>
            <w:tcW w:w="8784" w:type="dxa"/>
            <w:shd w:val="clear" w:color="auto" w:fill="E8F0F1"/>
            <w:tcMar>
              <w:top w:w="160" w:type="dxa"/>
              <w:left w:w="150" w:type="dxa"/>
              <w:bottom w:w="160" w:type="dxa"/>
              <w:right w:w="150" w:type="dxa"/>
            </w:tcMar>
            <w:vAlign w:val="center"/>
          </w:tcPr>
          <w:p w14:paraId="7B0759A2" w14:textId="77777777" w:rsidR="005970D7" w:rsidRPr="002C14E1" w:rsidRDefault="007802B5">
            <w:pPr>
              <w:spacing w:after="40"/>
              <w:jc w:val="center"/>
              <w:rPr>
                <w:rFonts w:ascii="Aspira" w:hAnsi="Aspira"/>
              </w:rPr>
            </w:pPr>
            <w:r w:rsidRPr="002C14E1">
              <w:rPr>
                <w:rFonts w:ascii="Aspira" w:hAnsi="Aspira"/>
                <w:b/>
                <w:color w:val="2F6F73"/>
                <w:sz w:val="18"/>
              </w:rPr>
              <w:t>CLOSING DATE</w:t>
            </w:r>
          </w:p>
          <w:p w14:paraId="640693F6" w14:textId="77777777" w:rsidR="005970D7" w:rsidRPr="002C14E1" w:rsidRDefault="007802B5">
            <w:pPr>
              <w:spacing w:after="40"/>
              <w:jc w:val="center"/>
              <w:rPr>
                <w:rFonts w:ascii="Aspira" w:hAnsi="Aspira"/>
              </w:rPr>
            </w:pPr>
            <w:r w:rsidRPr="002C14E1">
              <w:rPr>
                <w:rFonts w:ascii="Aspira" w:hAnsi="Aspira"/>
                <w:b/>
                <w:color w:val="1F4E5F"/>
                <w:sz w:val="24"/>
              </w:rPr>
              <w:t>2.00 pm, Wednesday 14 October 2026</w:t>
            </w:r>
          </w:p>
        </w:tc>
      </w:tr>
    </w:tbl>
    <w:p w14:paraId="6EFB9D8B" w14:textId="77777777" w:rsidR="005970D7" w:rsidRPr="002C14E1" w:rsidRDefault="005970D7">
      <w:pPr>
        <w:rPr>
          <w:rFonts w:ascii="Aspira" w:hAnsi="Aspira"/>
        </w:rPr>
      </w:pPr>
    </w:p>
    <w:p w14:paraId="45D7CC04" w14:textId="77777777" w:rsidR="005970D7" w:rsidRPr="002C14E1" w:rsidRDefault="007802B5">
      <w:pPr>
        <w:rPr>
          <w:rFonts w:ascii="Aspira" w:hAnsi="Aspira"/>
        </w:rPr>
      </w:pPr>
      <w:r w:rsidRPr="002C14E1">
        <w:rPr>
          <w:rFonts w:ascii="Aspira" w:hAnsi="Aspira"/>
          <w:b/>
          <w:color w:val="1F4E5F"/>
          <w:sz w:val="22"/>
        </w:rPr>
        <w:t>Please read before completing this form</w:t>
      </w:r>
    </w:p>
    <w:p w14:paraId="02BA8C4D" w14:textId="0BC2F7B4" w:rsidR="005970D7" w:rsidRPr="002C14E1" w:rsidRDefault="007802B5">
      <w:pPr>
        <w:pStyle w:val="ListBullet"/>
        <w:spacing w:after="60"/>
        <w:rPr>
          <w:rFonts w:ascii="Aspira" w:hAnsi="Aspira"/>
        </w:rPr>
      </w:pPr>
      <w:r w:rsidRPr="002C14E1">
        <w:rPr>
          <w:rFonts w:ascii="Aspira" w:hAnsi="Aspira"/>
        </w:rPr>
        <w:t xml:space="preserve">Complete all sections. A cover letter and CV are not required and will not be considered </w:t>
      </w:r>
    </w:p>
    <w:p w14:paraId="3EA92EF5" w14:textId="51A561F2" w:rsidR="005970D7" w:rsidRPr="002C14E1" w:rsidRDefault="007802B5">
      <w:pPr>
        <w:pStyle w:val="ListBullet"/>
        <w:spacing w:after="60"/>
        <w:rPr>
          <w:rFonts w:ascii="Aspira" w:hAnsi="Aspira"/>
        </w:rPr>
      </w:pPr>
      <w:r w:rsidRPr="002C14E1">
        <w:rPr>
          <w:rFonts w:ascii="Aspira" w:hAnsi="Aspira"/>
        </w:rPr>
        <w:t xml:space="preserve">Observe the word limits. Do not include additional pages or supplementary material </w:t>
      </w:r>
    </w:p>
    <w:p w14:paraId="7B7B4976" w14:textId="77777777" w:rsidR="005970D7" w:rsidRPr="002C14E1" w:rsidRDefault="007802B5">
      <w:pPr>
        <w:pStyle w:val="ListBullet"/>
        <w:spacing w:after="60"/>
        <w:rPr>
          <w:rFonts w:ascii="Aspira" w:hAnsi="Aspira"/>
        </w:rPr>
      </w:pPr>
      <w:r w:rsidRPr="002C14E1">
        <w:rPr>
          <w:rFonts w:ascii="Aspira" w:hAnsi="Aspira"/>
        </w:rPr>
        <w:t>Email the completed form to recruitment@stdc.ie using the subject line: Private and Confidential - HRESM. Late applications will not be accepted.</w:t>
      </w:r>
    </w:p>
    <w:p w14:paraId="66BDE8D8" w14:textId="77777777" w:rsidR="005970D7" w:rsidRPr="002C14E1" w:rsidRDefault="005970D7">
      <w:pPr>
        <w:spacing w:after="0"/>
        <w:rPr>
          <w:rFonts w:ascii="Aspira" w:hAnsi="Aspira"/>
        </w:rPr>
      </w:pPr>
    </w:p>
    <w:tbl>
      <w:tblPr>
        <w:tblStyle w:val="TableGrid"/>
        <w:tblW w:w="0" w:type="auto"/>
        <w:jc w:val="center"/>
        <w:tblLayout w:type="fixed"/>
        <w:tblLook w:val="04A0" w:firstRow="1" w:lastRow="0" w:firstColumn="1" w:lastColumn="0" w:noHBand="0" w:noVBand="1"/>
      </w:tblPr>
      <w:tblGrid>
        <w:gridCol w:w="2809"/>
        <w:gridCol w:w="7086"/>
      </w:tblGrid>
      <w:tr w:rsidR="00D66E19" w:rsidRPr="002C14E1" w14:paraId="51CB2E90" w14:textId="77777777" w:rsidTr="00D66E19">
        <w:trPr>
          <w:cantSplit/>
          <w:jc w:val="center"/>
        </w:trPr>
        <w:tc>
          <w:tcPr>
            <w:tcW w:w="9895" w:type="dxa"/>
            <w:gridSpan w:val="2"/>
            <w:shd w:val="clear" w:color="auto" w:fill="215868" w:themeFill="accent5" w:themeFillShade="80"/>
            <w:tcMar>
              <w:top w:w="120" w:type="dxa"/>
              <w:left w:w="120" w:type="dxa"/>
              <w:bottom w:w="120" w:type="dxa"/>
              <w:right w:w="120" w:type="dxa"/>
            </w:tcMar>
            <w:vAlign w:val="center"/>
          </w:tcPr>
          <w:p w14:paraId="1F31BA77" w14:textId="2EF9BA46" w:rsidR="00D66E19" w:rsidRPr="002C14E1" w:rsidRDefault="00D66E19">
            <w:pPr>
              <w:spacing w:after="40"/>
              <w:rPr>
                <w:rFonts w:ascii="Aspira" w:hAnsi="Aspira"/>
              </w:rPr>
            </w:pPr>
            <w:r w:rsidRPr="002C14E1">
              <w:rPr>
                <w:rFonts w:ascii="Aspira" w:hAnsi="Aspira"/>
                <w:b/>
                <w:color w:val="FFFFFF"/>
                <w:sz w:val="22"/>
              </w:rPr>
              <w:t>1. PERSONAL AND CONTACT DETAILS</w:t>
            </w:r>
          </w:p>
        </w:tc>
      </w:tr>
      <w:tr w:rsidR="005970D7" w:rsidRPr="002C14E1" w14:paraId="3338BD59" w14:textId="77777777" w:rsidTr="002C14E1">
        <w:trPr>
          <w:cantSplit/>
          <w:jc w:val="center"/>
        </w:trPr>
        <w:tc>
          <w:tcPr>
            <w:tcW w:w="2809" w:type="dxa"/>
            <w:shd w:val="clear" w:color="auto" w:fill="E8F0F1"/>
            <w:tcMar>
              <w:top w:w="120" w:type="dxa"/>
              <w:left w:w="120" w:type="dxa"/>
              <w:bottom w:w="120" w:type="dxa"/>
              <w:right w:w="120" w:type="dxa"/>
            </w:tcMar>
            <w:vAlign w:val="center"/>
          </w:tcPr>
          <w:p w14:paraId="1E9AA0E7" w14:textId="77777777" w:rsidR="005970D7" w:rsidRPr="002C14E1" w:rsidRDefault="007802B5">
            <w:pPr>
              <w:spacing w:after="40"/>
              <w:rPr>
                <w:rFonts w:ascii="Aspira" w:hAnsi="Aspira"/>
              </w:rPr>
            </w:pPr>
            <w:r w:rsidRPr="002C14E1">
              <w:rPr>
                <w:rFonts w:ascii="Aspira" w:hAnsi="Aspira"/>
                <w:b/>
                <w:color w:val="1F4E5F"/>
                <w:sz w:val="18"/>
              </w:rPr>
              <w:t>Surname</w:t>
            </w:r>
          </w:p>
        </w:tc>
        <w:tc>
          <w:tcPr>
            <w:tcW w:w="7086" w:type="dxa"/>
            <w:tcMar>
              <w:top w:w="150" w:type="dxa"/>
              <w:left w:w="120" w:type="dxa"/>
              <w:bottom w:w="150" w:type="dxa"/>
              <w:right w:w="120" w:type="dxa"/>
            </w:tcMar>
            <w:vAlign w:val="center"/>
          </w:tcPr>
          <w:p w14:paraId="2D1B901E" w14:textId="77777777" w:rsidR="005970D7" w:rsidRPr="002C14E1" w:rsidRDefault="005970D7">
            <w:pPr>
              <w:spacing w:after="40"/>
              <w:rPr>
                <w:rFonts w:ascii="Aspira" w:hAnsi="Aspira"/>
              </w:rPr>
            </w:pPr>
          </w:p>
          <w:p w14:paraId="15748C58"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6457EA6F" w14:textId="77777777" w:rsidTr="002C14E1">
        <w:trPr>
          <w:cantSplit/>
          <w:jc w:val="center"/>
        </w:trPr>
        <w:tc>
          <w:tcPr>
            <w:tcW w:w="2809" w:type="dxa"/>
            <w:shd w:val="clear" w:color="auto" w:fill="E8F0F1"/>
            <w:tcMar>
              <w:top w:w="120" w:type="dxa"/>
              <w:left w:w="120" w:type="dxa"/>
              <w:bottom w:w="120" w:type="dxa"/>
              <w:right w:w="120" w:type="dxa"/>
            </w:tcMar>
            <w:vAlign w:val="center"/>
          </w:tcPr>
          <w:p w14:paraId="22C4CDB6" w14:textId="77777777" w:rsidR="005970D7" w:rsidRPr="002C14E1" w:rsidRDefault="007802B5">
            <w:pPr>
              <w:spacing w:after="40"/>
              <w:rPr>
                <w:rFonts w:ascii="Aspira" w:hAnsi="Aspira"/>
              </w:rPr>
            </w:pPr>
            <w:r w:rsidRPr="002C14E1">
              <w:rPr>
                <w:rFonts w:ascii="Aspira" w:hAnsi="Aspira"/>
                <w:b/>
                <w:color w:val="1F4E5F"/>
                <w:sz w:val="18"/>
              </w:rPr>
              <w:t>First name(s)</w:t>
            </w:r>
          </w:p>
        </w:tc>
        <w:tc>
          <w:tcPr>
            <w:tcW w:w="7086" w:type="dxa"/>
            <w:tcMar>
              <w:top w:w="150" w:type="dxa"/>
              <w:left w:w="120" w:type="dxa"/>
              <w:bottom w:w="150" w:type="dxa"/>
              <w:right w:w="120" w:type="dxa"/>
            </w:tcMar>
            <w:vAlign w:val="center"/>
          </w:tcPr>
          <w:p w14:paraId="73147271" w14:textId="77777777" w:rsidR="005970D7" w:rsidRPr="002C14E1" w:rsidRDefault="005970D7">
            <w:pPr>
              <w:spacing w:after="40"/>
              <w:rPr>
                <w:rFonts w:ascii="Aspira" w:hAnsi="Aspira"/>
              </w:rPr>
            </w:pPr>
          </w:p>
          <w:p w14:paraId="72774326"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3C0888FC" w14:textId="77777777" w:rsidTr="002C14E1">
        <w:trPr>
          <w:cantSplit/>
          <w:jc w:val="center"/>
        </w:trPr>
        <w:tc>
          <w:tcPr>
            <w:tcW w:w="2809" w:type="dxa"/>
            <w:shd w:val="clear" w:color="auto" w:fill="E8F0F1"/>
            <w:tcMar>
              <w:top w:w="120" w:type="dxa"/>
              <w:left w:w="120" w:type="dxa"/>
              <w:bottom w:w="120" w:type="dxa"/>
              <w:right w:w="120" w:type="dxa"/>
            </w:tcMar>
            <w:vAlign w:val="center"/>
          </w:tcPr>
          <w:p w14:paraId="1BC9983E" w14:textId="77777777" w:rsidR="005970D7" w:rsidRPr="002C14E1" w:rsidRDefault="007802B5">
            <w:pPr>
              <w:spacing w:after="40"/>
              <w:rPr>
                <w:rFonts w:ascii="Aspira" w:hAnsi="Aspira"/>
              </w:rPr>
            </w:pPr>
            <w:r w:rsidRPr="002C14E1">
              <w:rPr>
                <w:rFonts w:ascii="Aspira" w:hAnsi="Aspira"/>
                <w:b/>
                <w:color w:val="1F4E5F"/>
                <w:sz w:val="18"/>
              </w:rPr>
              <w:t>Address</w:t>
            </w:r>
          </w:p>
        </w:tc>
        <w:tc>
          <w:tcPr>
            <w:tcW w:w="7086" w:type="dxa"/>
            <w:tcMar>
              <w:top w:w="150" w:type="dxa"/>
              <w:left w:w="120" w:type="dxa"/>
              <w:bottom w:w="150" w:type="dxa"/>
              <w:right w:w="120" w:type="dxa"/>
            </w:tcMar>
            <w:vAlign w:val="center"/>
          </w:tcPr>
          <w:p w14:paraId="1FE235ED" w14:textId="77777777" w:rsidR="005970D7" w:rsidRPr="002C14E1" w:rsidRDefault="005970D7">
            <w:pPr>
              <w:spacing w:after="40"/>
              <w:rPr>
                <w:rFonts w:ascii="Aspira" w:hAnsi="Aspira"/>
              </w:rPr>
            </w:pPr>
          </w:p>
          <w:p w14:paraId="443B8FCD"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27B58E18" w14:textId="77777777" w:rsidTr="002C14E1">
        <w:trPr>
          <w:cantSplit/>
          <w:jc w:val="center"/>
        </w:trPr>
        <w:tc>
          <w:tcPr>
            <w:tcW w:w="2809" w:type="dxa"/>
            <w:shd w:val="clear" w:color="auto" w:fill="E8F0F1"/>
            <w:tcMar>
              <w:top w:w="120" w:type="dxa"/>
              <w:left w:w="120" w:type="dxa"/>
              <w:bottom w:w="120" w:type="dxa"/>
              <w:right w:w="120" w:type="dxa"/>
            </w:tcMar>
            <w:vAlign w:val="center"/>
          </w:tcPr>
          <w:p w14:paraId="2E7BF966" w14:textId="77777777" w:rsidR="005970D7" w:rsidRPr="002C14E1" w:rsidRDefault="007802B5">
            <w:pPr>
              <w:spacing w:after="40"/>
              <w:rPr>
                <w:rFonts w:ascii="Aspira" w:hAnsi="Aspira"/>
              </w:rPr>
            </w:pPr>
            <w:r w:rsidRPr="002C14E1">
              <w:rPr>
                <w:rFonts w:ascii="Aspira" w:hAnsi="Aspira"/>
                <w:b/>
                <w:color w:val="1F4E5F"/>
                <w:sz w:val="18"/>
              </w:rPr>
              <w:t>Mobile number</w:t>
            </w:r>
          </w:p>
        </w:tc>
        <w:tc>
          <w:tcPr>
            <w:tcW w:w="7086" w:type="dxa"/>
            <w:tcMar>
              <w:top w:w="150" w:type="dxa"/>
              <w:left w:w="120" w:type="dxa"/>
              <w:bottom w:w="150" w:type="dxa"/>
              <w:right w:w="120" w:type="dxa"/>
            </w:tcMar>
            <w:vAlign w:val="center"/>
          </w:tcPr>
          <w:p w14:paraId="651B8D54" w14:textId="77777777" w:rsidR="005970D7" w:rsidRPr="002C14E1" w:rsidRDefault="005970D7">
            <w:pPr>
              <w:spacing w:after="40"/>
              <w:rPr>
                <w:rFonts w:ascii="Aspira" w:hAnsi="Aspira"/>
              </w:rPr>
            </w:pPr>
          </w:p>
          <w:p w14:paraId="6D09B019"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127FD793" w14:textId="77777777" w:rsidTr="002C14E1">
        <w:trPr>
          <w:cantSplit/>
          <w:jc w:val="center"/>
        </w:trPr>
        <w:tc>
          <w:tcPr>
            <w:tcW w:w="2809" w:type="dxa"/>
            <w:shd w:val="clear" w:color="auto" w:fill="E8F0F1"/>
            <w:tcMar>
              <w:top w:w="120" w:type="dxa"/>
              <w:left w:w="120" w:type="dxa"/>
              <w:bottom w:w="120" w:type="dxa"/>
              <w:right w:w="120" w:type="dxa"/>
            </w:tcMar>
            <w:vAlign w:val="center"/>
          </w:tcPr>
          <w:p w14:paraId="7B18EE7B" w14:textId="77777777" w:rsidR="005970D7" w:rsidRPr="002C14E1" w:rsidRDefault="007802B5">
            <w:pPr>
              <w:spacing w:after="40"/>
              <w:rPr>
                <w:rFonts w:ascii="Aspira" w:hAnsi="Aspira"/>
              </w:rPr>
            </w:pPr>
            <w:r w:rsidRPr="002C14E1">
              <w:rPr>
                <w:rFonts w:ascii="Aspira" w:hAnsi="Aspira"/>
                <w:b/>
                <w:color w:val="1F4E5F"/>
                <w:sz w:val="18"/>
              </w:rPr>
              <w:t>Email address</w:t>
            </w:r>
          </w:p>
        </w:tc>
        <w:tc>
          <w:tcPr>
            <w:tcW w:w="7086" w:type="dxa"/>
            <w:tcMar>
              <w:top w:w="150" w:type="dxa"/>
              <w:left w:w="120" w:type="dxa"/>
              <w:bottom w:w="150" w:type="dxa"/>
              <w:right w:w="120" w:type="dxa"/>
            </w:tcMar>
            <w:vAlign w:val="center"/>
          </w:tcPr>
          <w:p w14:paraId="0681D4A1" w14:textId="77777777" w:rsidR="005970D7" w:rsidRPr="002C14E1" w:rsidRDefault="005970D7">
            <w:pPr>
              <w:spacing w:after="40"/>
              <w:rPr>
                <w:rFonts w:ascii="Aspira" w:hAnsi="Aspira"/>
              </w:rPr>
            </w:pPr>
          </w:p>
          <w:p w14:paraId="3DC6E65A"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629F76C8" w14:textId="77777777" w:rsidTr="002C14E1">
        <w:trPr>
          <w:cantSplit/>
          <w:jc w:val="center"/>
        </w:trPr>
        <w:tc>
          <w:tcPr>
            <w:tcW w:w="2809" w:type="dxa"/>
            <w:shd w:val="clear" w:color="auto" w:fill="E8F0F1"/>
            <w:tcMar>
              <w:top w:w="120" w:type="dxa"/>
              <w:left w:w="120" w:type="dxa"/>
              <w:bottom w:w="120" w:type="dxa"/>
              <w:right w:w="120" w:type="dxa"/>
            </w:tcMar>
            <w:vAlign w:val="center"/>
          </w:tcPr>
          <w:p w14:paraId="4D7DE3D0" w14:textId="77777777" w:rsidR="005970D7" w:rsidRPr="002C14E1" w:rsidRDefault="007802B5">
            <w:pPr>
              <w:spacing w:after="40"/>
              <w:rPr>
                <w:rFonts w:ascii="Aspira" w:hAnsi="Aspira"/>
              </w:rPr>
            </w:pPr>
            <w:r w:rsidRPr="002C14E1">
              <w:rPr>
                <w:rFonts w:ascii="Aspira" w:hAnsi="Aspira"/>
                <w:b/>
                <w:color w:val="1F4E5F"/>
                <w:sz w:val="18"/>
              </w:rPr>
              <w:t>Current position</w:t>
            </w:r>
          </w:p>
        </w:tc>
        <w:tc>
          <w:tcPr>
            <w:tcW w:w="7086" w:type="dxa"/>
            <w:tcMar>
              <w:top w:w="150" w:type="dxa"/>
              <w:left w:w="120" w:type="dxa"/>
              <w:bottom w:w="150" w:type="dxa"/>
              <w:right w:w="120" w:type="dxa"/>
            </w:tcMar>
            <w:vAlign w:val="center"/>
          </w:tcPr>
          <w:p w14:paraId="7199925A" w14:textId="77777777" w:rsidR="005970D7" w:rsidRPr="002C14E1" w:rsidRDefault="005970D7">
            <w:pPr>
              <w:spacing w:after="40"/>
              <w:rPr>
                <w:rFonts w:ascii="Aspira" w:hAnsi="Aspira"/>
              </w:rPr>
            </w:pPr>
          </w:p>
          <w:p w14:paraId="2B908733"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13C7A2EF" w14:textId="77777777" w:rsidTr="002C14E1">
        <w:trPr>
          <w:cantSplit/>
          <w:jc w:val="center"/>
        </w:trPr>
        <w:tc>
          <w:tcPr>
            <w:tcW w:w="2809" w:type="dxa"/>
            <w:shd w:val="clear" w:color="auto" w:fill="E8F0F1"/>
            <w:tcMar>
              <w:top w:w="120" w:type="dxa"/>
              <w:left w:w="120" w:type="dxa"/>
              <w:bottom w:w="120" w:type="dxa"/>
              <w:right w:w="120" w:type="dxa"/>
            </w:tcMar>
            <w:vAlign w:val="center"/>
          </w:tcPr>
          <w:p w14:paraId="1A9CCCE5" w14:textId="77777777" w:rsidR="005970D7" w:rsidRPr="002C14E1" w:rsidRDefault="007802B5">
            <w:pPr>
              <w:spacing w:after="40"/>
              <w:rPr>
                <w:rFonts w:ascii="Aspira" w:hAnsi="Aspira"/>
              </w:rPr>
            </w:pPr>
            <w:r w:rsidRPr="002C14E1">
              <w:rPr>
                <w:rFonts w:ascii="Aspira" w:hAnsi="Aspira"/>
                <w:b/>
                <w:color w:val="1F4E5F"/>
                <w:sz w:val="18"/>
              </w:rPr>
              <w:t>Notice required</w:t>
            </w:r>
          </w:p>
        </w:tc>
        <w:tc>
          <w:tcPr>
            <w:tcW w:w="7086" w:type="dxa"/>
            <w:tcMar>
              <w:top w:w="150" w:type="dxa"/>
              <w:left w:w="120" w:type="dxa"/>
              <w:bottom w:w="150" w:type="dxa"/>
              <w:right w:w="120" w:type="dxa"/>
            </w:tcMar>
            <w:vAlign w:val="center"/>
          </w:tcPr>
          <w:p w14:paraId="0C6D38CC" w14:textId="77777777" w:rsidR="005970D7" w:rsidRPr="002C14E1" w:rsidRDefault="005970D7">
            <w:pPr>
              <w:spacing w:after="40"/>
              <w:rPr>
                <w:rFonts w:ascii="Aspira" w:hAnsi="Aspira"/>
              </w:rPr>
            </w:pPr>
          </w:p>
          <w:p w14:paraId="5528A826" w14:textId="77777777" w:rsidR="005970D7" w:rsidRPr="002C14E1" w:rsidRDefault="007802B5">
            <w:pPr>
              <w:spacing w:after="40"/>
              <w:rPr>
                <w:rFonts w:ascii="Aspira" w:hAnsi="Aspira"/>
              </w:rPr>
            </w:pPr>
            <w:r w:rsidRPr="002C14E1">
              <w:rPr>
                <w:rFonts w:ascii="Aspira" w:hAnsi="Aspira"/>
                <w:sz w:val="18"/>
              </w:rPr>
              <w:t xml:space="preserve"> </w:t>
            </w:r>
          </w:p>
        </w:tc>
      </w:tr>
    </w:tbl>
    <w:p w14:paraId="323AEF43" w14:textId="77777777" w:rsidR="005970D7" w:rsidRPr="002C14E1" w:rsidRDefault="005970D7">
      <w:pPr>
        <w:spacing w:after="0"/>
        <w:rPr>
          <w:rFonts w:ascii="Aspira" w:hAnsi="Aspira"/>
        </w:rPr>
      </w:pPr>
    </w:p>
    <w:p w14:paraId="791B5CF5" w14:textId="77777777" w:rsidR="005970D7" w:rsidRPr="002C14E1" w:rsidRDefault="005970D7">
      <w:pPr>
        <w:spacing w:after="0"/>
        <w:rPr>
          <w:rFonts w:ascii="Aspira" w:hAnsi="Aspira"/>
        </w:rPr>
      </w:pPr>
    </w:p>
    <w:tbl>
      <w:tblPr>
        <w:tblStyle w:val="TableGrid"/>
        <w:tblW w:w="0" w:type="auto"/>
        <w:tblLayout w:type="fixed"/>
        <w:tblLook w:val="04A0" w:firstRow="1" w:lastRow="0" w:firstColumn="1" w:lastColumn="0" w:noHBand="0" w:noVBand="1"/>
      </w:tblPr>
      <w:tblGrid>
        <w:gridCol w:w="7992"/>
        <w:gridCol w:w="720"/>
        <w:gridCol w:w="1183"/>
      </w:tblGrid>
      <w:tr w:rsidR="00D66E19" w:rsidRPr="002C14E1" w14:paraId="26F28194" w14:textId="77777777" w:rsidTr="0005701A">
        <w:tc>
          <w:tcPr>
            <w:tcW w:w="9895" w:type="dxa"/>
            <w:gridSpan w:val="3"/>
            <w:shd w:val="clear" w:color="auto" w:fill="215868" w:themeFill="accent5" w:themeFillShade="80"/>
            <w:tcMar>
              <w:top w:w="100" w:type="dxa"/>
              <w:left w:w="120" w:type="dxa"/>
              <w:bottom w:w="100" w:type="dxa"/>
              <w:right w:w="120" w:type="dxa"/>
            </w:tcMar>
            <w:vAlign w:val="center"/>
          </w:tcPr>
          <w:p w14:paraId="465ADD8F" w14:textId="1D0C31AD" w:rsidR="00D66E19" w:rsidRPr="002C14E1" w:rsidRDefault="00D66E19">
            <w:pPr>
              <w:spacing w:after="40"/>
              <w:rPr>
                <w:rFonts w:ascii="Aspira" w:hAnsi="Aspira"/>
                <w:b/>
                <w:color w:val="FFFFFF"/>
                <w:sz w:val="18"/>
              </w:rPr>
            </w:pPr>
            <w:r w:rsidRPr="002C14E1">
              <w:rPr>
                <w:rFonts w:ascii="Aspira" w:hAnsi="Aspira"/>
                <w:b/>
                <w:color w:val="FFFFFF"/>
                <w:sz w:val="22"/>
              </w:rPr>
              <w:lastRenderedPageBreak/>
              <w:t>2. ESSENTIAL ELIGIBILITY</w:t>
            </w:r>
          </w:p>
        </w:tc>
      </w:tr>
      <w:tr w:rsidR="00D66E19" w:rsidRPr="002C14E1" w14:paraId="4C10FDAD" w14:textId="77777777" w:rsidTr="00B65C15">
        <w:tc>
          <w:tcPr>
            <w:tcW w:w="9895" w:type="dxa"/>
            <w:gridSpan w:val="3"/>
            <w:shd w:val="clear" w:color="auto" w:fill="FFFFFF" w:themeFill="background1"/>
            <w:tcMar>
              <w:top w:w="100" w:type="dxa"/>
              <w:left w:w="120" w:type="dxa"/>
              <w:bottom w:w="100" w:type="dxa"/>
              <w:right w:w="120" w:type="dxa"/>
            </w:tcMar>
            <w:vAlign w:val="center"/>
          </w:tcPr>
          <w:p w14:paraId="1507172E" w14:textId="43D73772" w:rsidR="00D66E19" w:rsidRPr="002C14E1" w:rsidRDefault="00D66E19">
            <w:pPr>
              <w:spacing w:after="40"/>
              <w:rPr>
                <w:rFonts w:ascii="Aspira" w:hAnsi="Aspira"/>
                <w:b/>
                <w:color w:val="FFFFFF"/>
                <w:sz w:val="18"/>
              </w:rPr>
            </w:pPr>
          </w:p>
        </w:tc>
      </w:tr>
      <w:tr w:rsidR="005970D7" w:rsidRPr="002C14E1" w14:paraId="6738A69F" w14:textId="77777777" w:rsidTr="00D66E19">
        <w:tc>
          <w:tcPr>
            <w:tcW w:w="7992" w:type="dxa"/>
            <w:shd w:val="clear" w:color="auto" w:fill="215868" w:themeFill="accent5" w:themeFillShade="80"/>
            <w:tcMar>
              <w:top w:w="100" w:type="dxa"/>
              <w:left w:w="120" w:type="dxa"/>
              <w:bottom w:w="100" w:type="dxa"/>
              <w:right w:w="120" w:type="dxa"/>
            </w:tcMar>
            <w:vAlign w:val="center"/>
          </w:tcPr>
          <w:p w14:paraId="29CA28D4" w14:textId="6D1F811F" w:rsidR="005970D7" w:rsidRPr="002C14E1" w:rsidRDefault="00E67849">
            <w:pPr>
              <w:spacing w:after="40"/>
              <w:rPr>
                <w:rFonts w:ascii="Aspira" w:hAnsi="Aspira"/>
              </w:rPr>
            </w:pPr>
            <w:r w:rsidRPr="00E67849">
              <w:rPr>
                <w:rFonts w:ascii="Aspira" w:hAnsi="Aspira"/>
                <w:b/>
                <w:color w:val="FFFFFF"/>
                <w:sz w:val="22"/>
              </w:rPr>
              <w:t>2</w:t>
            </w:r>
            <w:r>
              <w:rPr>
                <w:rFonts w:ascii="Calibri" w:hAnsi="Calibri" w:cs="Calibri"/>
                <w:b/>
                <w:color w:val="FFFFFF"/>
                <w:sz w:val="22"/>
                <w:lang w:val="ru-RU"/>
              </w:rPr>
              <w:t>.</w:t>
            </w:r>
            <w:r w:rsidRPr="00E67849">
              <w:rPr>
                <w:rFonts w:ascii="Aspira" w:hAnsi="Aspira"/>
                <w:b/>
                <w:color w:val="FFFFFF"/>
                <w:sz w:val="22"/>
              </w:rPr>
              <w:t xml:space="preserve">1 </w:t>
            </w:r>
            <w:r w:rsidR="007802B5" w:rsidRPr="00E67849">
              <w:rPr>
                <w:rFonts w:ascii="Aspira" w:hAnsi="Aspira"/>
                <w:b/>
                <w:color w:val="FFFFFF"/>
                <w:sz w:val="22"/>
              </w:rPr>
              <w:t>Requirement</w:t>
            </w:r>
          </w:p>
        </w:tc>
        <w:tc>
          <w:tcPr>
            <w:tcW w:w="720" w:type="dxa"/>
            <w:shd w:val="clear" w:color="auto" w:fill="215868" w:themeFill="accent5" w:themeFillShade="80"/>
            <w:tcMar>
              <w:top w:w="100" w:type="dxa"/>
              <w:left w:w="120" w:type="dxa"/>
              <w:bottom w:w="100" w:type="dxa"/>
              <w:right w:w="120" w:type="dxa"/>
            </w:tcMar>
            <w:vAlign w:val="center"/>
          </w:tcPr>
          <w:p w14:paraId="4B8D1060" w14:textId="77777777" w:rsidR="005970D7" w:rsidRPr="002C14E1" w:rsidRDefault="007802B5">
            <w:pPr>
              <w:spacing w:after="40"/>
              <w:rPr>
                <w:rFonts w:ascii="Aspira" w:hAnsi="Aspira"/>
              </w:rPr>
            </w:pPr>
            <w:r w:rsidRPr="002C14E1">
              <w:rPr>
                <w:rFonts w:ascii="Aspira" w:hAnsi="Aspira"/>
                <w:b/>
                <w:color w:val="FFFFFF"/>
                <w:sz w:val="18"/>
              </w:rPr>
              <w:t>Yes</w:t>
            </w:r>
          </w:p>
        </w:tc>
        <w:tc>
          <w:tcPr>
            <w:tcW w:w="1183" w:type="dxa"/>
            <w:shd w:val="clear" w:color="auto" w:fill="215868" w:themeFill="accent5" w:themeFillShade="80"/>
            <w:tcMar>
              <w:top w:w="100" w:type="dxa"/>
              <w:left w:w="120" w:type="dxa"/>
              <w:bottom w:w="100" w:type="dxa"/>
              <w:right w:w="120" w:type="dxa"/>
            </w:tcMar>
            <w:vAlign w:val="center"/>
          </w:tcPr>
          <w:p w14:paraId="7DBA1806" w14:textId="77777777" w:rsidR="005970D7" w:rsidRPr="002C14E1" w:rsidRDefault="007802B5">
            <w:pPr>
              <w:spacing w:after="40"/>
              <w:rPr>
                <w:rFonts w:ascii="Aspira" w:hAnsi="Aspira"/>
              </w:rPr>
            </w:pPr>
            <w:r w:rsidRPr="002C14E1">
              <w:rPr>
                <w:rFonts w:ascii="Aspira" w:hAnsi="Aspira"/>
                <w:b/>
                <w:color w:val="FFFFFF"/>
                <w:sz w:val="18"/>
              </w:rPr>
              <w:t>No</w:t>
            </w:r>
          </w:p>
        </w:tc>
      </w:tr>
      <w:tr w:rsidR="005970D7" w:rsidRPr="002C14E1" w14:paraId="36EFE580" w14:textId="77777777" w:rsidTr="002C14E1">
        <w:trPr>
          <w:cantSplit/>
        </w:trPr>
        <w:tc>
          <w:tcPr>
            <w:tcW w:w="7992" w:type="dxa"/>
            <w:tcMar>
              <w:top w:w="120" w:type="dxa"/>
              <w:left w:w="110" w:type="dxa"/>
              <w:bottom w:w="120" w:type="dxa"/>
              <w:right w:w="110" w:type="dxa"/>
            </w:tcMar>
            <w:vAlign w:val="center"/>
          </w:tcPr>
          <w:p w14:paraId="035D1920" w14:textId="77777777" w:rsidR="005970D7" w:rsidRPr="002C14E1" w:rsidRDefault="007802B5">
            <w:pPr>
              <w:spacing w:after="40"/>
              <w:rPr>
                <w:rFonts w:ascii="Aspira" w:hAnsi="Aspira"/>
              </w:rPr>
            </w:pPr>
            <w:r w:rsidRPr="002C14E1">
              <w:rPr>
                <w:rFonts w:ascii="Aspira" w:hAnsi="Aspira"/>
                <w:sz w:val="18"/>
              </w:rPr>
              <w:t>Do you hold a Level 8 qualification in Human Resource Management, Management, Business, Organisational Development or a related discipline?</w:t>
            </w:r>
          </w:p>
        </w:tc>
        <w:tc>
          <w:tcPr>
            <w:tcW w:w="720" w:type="dxa"/>
            <w:tcMar>
              <w:top w:w="120" w:type="dxa"/>
              <w:left w:w="110" w:type="dxa"/>
              <w:bottom w:w="120" w:type="dxa"/>
              <w:right w:w="110" w:type="dxa"/>
            </w:tcMar>
            <w:vAlign w:val="center"/>
          </w:tcPr>
          <w:sdt>
            <w:sdtPr>
              <w:rPr>
                <w:rFonts w:ascii="Segoe UI Symbol" w:hAnsi="Segoe UI Symbol" w:cs="Segoe UI Symbol"/>
                <w:sz w:val="18"/>
              </w:rPr>
              <w:id w:val="605004299"/>
              <w14:checkbox>
                <w14:checked w14:val="0"/>
                <w14:checkedState w14:val="2612" w14:font="MS Gothic"/>
                <w14:uncheckedState w14:val="2610" w14:font="MS Gothic"/>
              </w14:checkbox>
            </w:sdtPr>
            <w:sdtContent>
              <w:p w14:paraId="2599A1AA" w14:textId="57CC04F7" w:rsidR="005970D7" w:rsidRPr="002C14E1" w:rsidRDefault="00E67849">
                <w:pPr>
                  <w:spacing w:after="40"/>
                  <w:jc w:val="center"/>
                  <w:rPr>
                    <w:rFonts w:ascii="Aspira" w:hAnsi="Aspira"/>
                  </w:rPr>
                </w:pPr>
                <w:r>
                  <w:rPr>
                    <w:rFonts w:ascii="MS Gothic" w:eastAsia="MS Gothic" w:hAnsi="MS Gothic" w:cs="Segoe UI Symbol" w:hint="eastAsia"/>
                    <w:sz w:val="18"/>
                  </w:rPr>
                  <w:t>☐</w:t>
                </w:r>
              </w:p>
            </w:sdtContent>
          </w:sdt>
        </w:tc>
        <w:tc>
          <w:tcPr>
            <w:tcW w:w="1183" w:type="dxa"/>
            <w:tcMar>
              <w:top w:w="120" w:type="dxa"/>
              <w:left w:w="110" w:type="dxa"/>
              <w:bottom w:w="120" w:type="dxa"/>
              <w:right w:w="110" w:type="dxa"/>
            </w:tcMar>
            <w:vAlign w:val="center"/>
          </w:tcPr>
          <w:sdt>
            <w:sdtPr>
              <w:rPr>
                <w:rFonts w:ascii="Segoe UI Symbol" w:hAnsi="Segoe UI Symbol" w:cs="Segoe UI Symbol"/>
                <w:sz w:val="18"/>
              </w:rPr>
              <w:id w:val="4172411"/>
              <w14:checkbox>
                <w14:checked w14:val="0"/>
                <w14:checkedState w14:val="2612" w14:font="MS Gothic"/>
                <w14:uncheckedState w14:val="2610" w14:font="MS Gothic"/>
              </w14:checkbox>
            </w:sdtPr>
            <w:sdtContent>
              <w:p w14:paraId="11DBC3B6" w14:textId="5C88D2F9" w:rsidR="005970D7" w:rsidRPr="002C14E1" w:rsidRDefault="00E67849">
                <w:pPr>
                  <w:spacing w:after="40"/>
                  <w:jc w:val="center"/>
                  <w:rPr>
                    <w:rFonts w:ascii="Aspira" w:hAnsi="Aspira"/>
                  </w:rPr>
                </w:pPr>
                <w:r>
                  <w:rPr>
                    <w:rFonts w:ascii="MS Gothic" w:eastAsia="MS Gothic" w:hAnsi="MS Gothic" w:cs="Segoe UI Symbol" w:hint="eastAsia"/>
                    <w:sz w:val="18"/>
                  </w:rPr>
                  <w:t>☐</w:t>
                </w:r>
              </w:p>
            </w:sdtContent>
          </w:sdt>
        </w:tc>
      </w:tr>
      <w:tr w:rsidR="005970D7" w:rsidRPr="002C14E1" w14:paraId="4F557ABE" w14:textId="77777777" w:rsidTr="002C14E1">
        <w:trPr>
          <w:cantSplit/>
        </w:trPr>
        <w:tc>
          <w:tcPr>
            <w:tcW w:w="7992" w:type="dxa"/>
            <w:tcMar>
              <w:top w:w="120" w:type="dxa"/>
              <w:left w:w="110" w:type="dxa"/>
              <w:bottom w:w="120" w:type="dxa"/>
              <w:right w:w="110" w:type="dxa"/>
            </w:tcMar>
            <w:vAlign w:val="center"/>
          </w:tcPr>
          <w:p w14:paraId="2C4424CF" w14:textId="77777777" w:rsidR="005970D7" w:rsidRPr="002C14E1" w:rsidRDefault="007802B5">
            <w:pPr>
              <w:spacing w:after="40"/>
              <w:rPr>
                <w:rFonts w:ascii="Aspira" w:hAnsi="Aspira"/>
              </w:rPr>
            </w:pPr>
            <w:r w:rsidRPr="002C14E1">
              <w:rPr>
                <w:rFonts w:ascii="Aspira" w:hAnsi="Aspira"/>
                <w:sz w:val="18"/>
              </w:rPr>
              <w:t>Do you have the legal right to work in Ireland?</w:t>
            </w:r>
          </w:p>
        </w:tc>
        <w:tc>
          <w:tcPr>
            <w:tcW w:w="720" w:type="dxa"/>
            <w:tcMar>
              <w:top w:w="120" w:type="dxa"/>
              <w:left w:w="110" w:type="dxa"/>
              <w:bottom w:w="120" w:type="dxa"/>
              <w:right w:w="110" w:type="dxa"/>
            </w:tcMar>
            <w:vAlign w:val="center"/>
          </w:tcPr>
          <w:sdt>
            <w:sdtPr>
              <w:rPr>
                <w:rFonts w:ascii="Segoe UI Symbol" w:hAnsi="Segoe UI Symbol" w:cs="Segoe UI Symbol"/>
                <w:sz w:val="18"/>
              </w:rPr>
              <w:id w:val="-1538197398"/>
              <w14:checkbox>
                <w14:checked w14:val="0"/>
                <w14:checkedState w14:val="2612" w14:font="MS Gothic"/>
                <w14:uncheckedState w14:val="2610" w14:font="MS Gothic"/>
              </w14:checkbox>
            </w:sdtPr>
            <w:sdtContent>
              <w:p w14:paraId="4D44F3B6" w14:textId="07E2B719" w:rsidR="005970D7" w:rsidRPr="002C14E1" w:rsidRDefault="00E67849">
                <w:pPr>
                  <w:spacing w:after="40"/>
                  <w:jc w:val="center"/>
                  <w:rPr>
                    <w:rFonts w:ascii="Aspira" w:hAnsi="Aspira"/>
                  </w:rPr>
                </w:pPr>
                <w:r>
                  <w:rPr>
                    <w:rFonts w:ascii="MS Gothic" w:eastAsia="MS Gothic" w:hAnsi="MS Gothic" w:cs="Segoe UI Symbol" w:hint="eastAsia"/>
                    <w:sz w:val="18"/>
                  </w:rPr>
                  <w:t>☐</w:t>
                </w:r>
              </w:p>
            </w:sdtContent>
          </w:sdt>
        </w:tc>
        <w:tc>
          <w:tcPr>
            <w:tcW w:w="1183" w:type="dxa"/>
            <w:tcMar>
              <w:top w:w="120" w:type="dxa"/>
              <w:left w:w="110" w:type="dxa"/>
              <w:bottom w:w="120" w:type="dxa"/>
              <w:right w:w="110" w:type="dxa"/>
            </w:tcMar>
            <w:vAlign w:val="center"/>
          </w:tcPr>
          <w:sdt>
            <w:sdtPr>
              <w:rPr>
                <w:rFonts w:ascii="Segoe UI Symbol" w:hAnsi="Segoe UI Symbol" w:cs="Segoe UI Symbol"/>
                <w:sz w:val="18"/>
              </w:rPr>
              <w:id w:val="1481885236"/>
              <w14:checkbox>
                <w14:checked w14:val="0"/>
                <w14:checkedState w14:val="2612" w14:font="MS Gothic"/>
                <w14:uncheckedState w14:val="2610" w14:font="MS Gothic"/>
              </w14:checkbox>
            </w:sdtPr>
            <w:sdtContent>
              <w:p w14:paraId="69467723" w14:textId="73D70F0A" w:rsidR="005970D7" w:rsidRPr="002C14E1" w:rsidRDefault="00E67849">
                <w:pPr>
                  <w:spacing w:after="40"/>
                  <w:jc w:val="center"/>
                  <w:rPr>
                    <w:rFonts w:ascii="Aspira" w:hAnsi="Aspira"/>
                  </w:rPr>
                </w:pPr>
                <w:r>
                  <w:rPr>
                    <w:rFonts w:ascii="MS Gothic" w:eastAsia="MS Gothic" w:hAnsi="MS Gothic" w:cs="Segoe UI Symbol" w:hint="eastAsia"/>
                    <w:sz w:val="18"/>
                  </w:rPr>
                  <w:t>☐</w:t>
                </w:r>
              </w:p>
            </w:sdtContent>
          </w:sdt>
        </w:tc>
      </w:tr>
      <w:tr w:rsidR="005970D7" w:rsidRPr="002C14E1" w14:paraId="4CF3A59D" w14:textId="77777777" w:rsidTr="002C14E1">
        <w:trPr>
          <w:cantSplit/>
        </w:trPr>
        <w:tc>
          <w:tcPr>
            <w:tcW w:w="7992" w:type="dxa"/>
            <w:tcMar>
              <w:top w:w="120" w:type="dxa"/>
              <w:left w:w="110" w:type="dxa"/>
              <w:bottom w:w="120" w:type="dxa"/>
              <w:right w:w="110" w:type="dxa"/>
            </w:tcMar>
            <w:vAlign w:val="center"/>
          </w:tcPr>
          <w:p w14:paraId="1D529C9F" w14:textId="77777777" w:rsidR="005970D7" w:rsidRPr="002C14E1" w:rsidRDefault="007802B5">
            <w:pPr>
              <w:spacing w:after="40"/>
              <w:rPr>
                <w:rFonts w:ascii="Aspira" w:hAnsi="Aspira"/>
              </w:rPr>
            </w:pPr>
            <w:r w:rsidRPr="002C14E1">
              <w:rPr>
                <w:rFonts w:ascii="Aspira" w:hAnsi="Aspira"/>
                <w:sz w:val="18"/>
              </w:rPr>
              <w:t>Do you hold a full driving licence and have access to transport for work purposes?</w:t>
            </w:r>
          </w:p>
        </w:tc>
        <w:tc>
          <w:tcPr>
            <w:tcW w:w="720" w:type="dxa"/>
            <w:tcMar>
              <w:top w:w="120" w:type="dxa"/>
              <w:left w:w="110" w:type="dxa"/>
              <w:bottom w:w="120" w:type="dxa"/>
              <w:right w:w="110" w:type="dxa"/>
            </w:tcMar>
            <w:vAlign w:val="center"/>
          </w:tcPr>
          <w:sdt>
            <w:sdtPr>
              <w:rPr>
                <w:rFonts w:ascii="Segoe UI Symbol" w:hAnsi="Segoe UI Symbol" w:cs="Segoe UI Symbol"/>
                <w:sz w:val="18"/>
              </w:rPr>
              <w:id w:val="340819882"/>
              <w14:checkbox>
                <w14:checked w14:val="0"/>
                <w14:checkedState w14:val="2612" w14:font="MS Gothic"/>
                <w14:uncheckedState w14:val="2610" w14:font="MS Gothic"/>
              </w14:checkbox>
            </w:sdtPr>
            <w:sdtContent>
              <w:p w14:paraId="054F5230" w14:textId="750A90FA" w:rsidR="005970D7" w:rsidRPr="002C14E1" w:rsidRDefault="00E67849">
                <w:pPr>
                  <w:spacing w:after="40"/>
                  <w:jc w:val="center"/>
                  <w:rPr>
                    <w:rFonts w:ascii="Aspira" w:hAnsi="Aspira"/>
                  </w:rPr>
                </w:pPr>
                <w:r>
                  <w:rPr>
                    <w:rFonts w:ascii="MS Gothic" w:eastAsia="MS Gothic" w:hAnsi="MS Gothic" w:cs="Segoe UI Symbol" w:hint="eastAsia"/>
                    <w:sz w:val="18"/>
                  </w:rPr>
                  <w:t>☐</w:t>
                </w:r>
              </w:p>
            </w:sdtContent>
          </w:sdt>
        </w:tc>
        <w:sdt>
          <w:sdtPr>
            <w:rPr>
              <w:rFonts w:ascii="Segoe UI Symbol" w:hAnsi="Segoe UI Symbol" w:cs="Segoe UI Symbol"/>
              <w:sz w:val="18"/>
            </w:rPr>
            <w:id w:val="-1221824363"/>
            <w14:checkbox>
              <w14:checked w14:val="0"/>
              <w14:checkedState w14:val="2612" w14:font="MS Gothic"/>
              <w14:uncheckedState w14:val="2610" w14:font="MS Gothic"/>
            </w14:checkbox>
          </w:sdtPr>
          <w:sdtContent>
            <w:tc>
              <w:tcPr>
                <w:tcW w:w="1183" w:type="dxa"/>
                <w:tcMar>
                  <w:top w:w="120" w:type="dxa"/>
                  <w:left w:w="110" w:type="dxa"/>
                  <w:bottom w:w="120" w:type="dxa"/>
                  <w:right w:w="110" w:type="dxa"/>
                </w:tcMar>
                <w:vAlign w:val="center"/>
              </w:tcPr>
              <w:p w14:paraId="4F10A76B" w14:textId="7EECC23E" w:rsidR="005970D7" w:rsidRPr="002C14E1" w:rsidRDefault="00E67849">
                <w:pPr>
                  <w:spacing w:after="40"/>
                  <w:jc w:val="center"/>
                  <w:rPr>
                    <w:rFonts w:ascii="Aspira" w:hAnsi="Aspira"/>
                  </w:rPr>
                </w:pPr>
                <w:r>
                  <w:rPr>
                    <w:rFonts w:ascii="MS Gothic" w:eastAsia="MS Gothic" w:hAnsi="MS Gothic" w:cs="Segoe UI Symbol" w:hint="eastAsia"/>
                    <w:sz w:val="18"/>
                  </w:rPr>
                  <w:t>☐</w:t>
                </w:r>
              </w:p>
            </w:tc>
          </w:sdtContent>
        </w:sdt>
      </w:tr>
    </w:tbl>
    <w:p w14:paraId="75A0964E" w14:textId="77777777" w:rsidR="005970D7" w:rsidRPr="002C14E1" w:rsidRDefault="005970D7">
      <w:pPr>
        <w:spacing w:after="0"/>
        <w:rPr>
          <w:rFonts w:ascii="Aspira" w:hAnsi="Aspira"/>
        </w:rPr>
      </w:pPr>
    </w:p>
    <w:tbl>
      <w:tblPr>
        <w:tblStyle w:val="TableGrid"/>
        <w:tblW w:w="9895" w:type="dxa"/>
        <w:tblLayout w:type="fixed"/>
        <w:tblLook w:val="04A0" w:firstRow="1" w:lastRow="0" w:firstColumn="1" w:lastColumn="0" w:noHBand="0" w:noVBand="1"/>
      </w:tblPr>
      <w:tblGrid>
        <w:gridCol w:w="2880"/>
        <w:gridCol w:w="3600"/>
        <w:gridCol w:w="1800"/>
        <w:gridCol w:w="1615"/>
      </w:tblGrid>
      <w:tr w:rsidR="00E67849" w:rsidRPr="002C14E1" w14:paraId="105AA659" w14:textId="77777777" w:rsidTr="00E67849">
        <w:trPr>
          <w:tblHeader/>
        </w:trPr>
        <w:tc>
          <w:tcPr>
            <w:tcW w:w="9895" w:type="dxa"/>
            <w:gridSpan w:val="4"/>
            <w:shd w:val="clear" w:color="auto" w:fill="215868" w:themeFill="accent5" w:themeFillShade="80"/>
            <w:tcMar>
              <w:top w:w="100" w:type="dxa"/>
              <w:left w:w="120" w:type="dxa"/>
              <w:bottom w:w="100" w:type="dxa"/>
              <w:right w:w="120" w:type="dxa"/>
            </w:tcMar>
            <w:vAlign w:val="center"/>
          </w:tcPr>
          <w:p w14:paraId="39C331CF" w14:textId="67B61A80" w:rsidR="00E67849" w:rsidRPr="002C14E1" w:rsidRDefault="00E67849" w:rsidP="00D66E19">
            <w:pPr>
              <w:spacing w:after="40"/>
              <w:rPr>
                <w:rFonts w:ascii="Aspira" w:hAnsi="Aspira"/>
                <w:i/>
                <w:color w:val="666666"/>
                <w:sz w:val="18"/>
              </w:rPr>
            </w:pPr>
            <w:r w:rsidRPr="00E67849">
              <w:rPr>
                <w:rFonts w:ascii="Aspira" w:hAnsi="Aspira"/>
                <w:b/>
                <w:color w:val="FFFFFF"/>
                <w:sz w:val="22"/>
              </w:rPr>
              <w:t>2</w:t>
            </w:r>
            <w:r>
              <w:rPr>
                <w:rFonts w:ascii="Calibri" w:hAnsi="Calibri" w:cs="Calibri"/>
                <w:b/>
                <w:color w:val="FFFFFF"/>
                <w:sz w:val="22"/>
                <w:lang w:val="ru-RU"/>
              </w:rPr>
              <w:t>.</w:t>
            </w:r>
            <w:r>
              <w:rPr>
                <w:rFonts w:ascii="Aspira" w:hAnsi="Aspira"/>
                <w:b/>
                <w:color w:val="FFFFFF"/>
                <w:sz w:val="22"/>
              </w:rPr>
              <w:t>2</w:t>
            </w:r>
            <w:r w:rsidRPr="00E67849">
              <w:rPr>
                <w:rFonts w:ascii="Aspira" w:hAnsi="Aspira"/>
                <w:b/>
                <w:color w:val="FFFFFF"/>
                <w:sz w:val="22"/>
              </w:rPr>
              <w:t xml:space="preserve"> </w:t>
            </w:r>
            <w:r>
              <w:rPr>
                <w:rFonts w:ascii="Aspira" w:hAnsi="Aspira"/>
                <w:b/>
                <w:color w:val="FFFFFF"/>
                <w:sz w:val="22"/>
              </w:rPr>
              <w:t>Training and qualifications</w:t>
            </w:r>
          </w:p>
        </w:tc>
      </w:tr>
      <w:tr w:rsidR="00D66E19" w:rsidRPr="00750201" w14:paraId="2E782653" w14:textId="77777777" w:rsidTr="00D66E19">
        <w:trPr>
          <w:tblHeader/>
        </w:trPr>
        <w:tc>
          <w:tcPr>
            <w:tcW w:w="9895" w:type="dxa"/>
            <w:gridSpan w:val="4"/>
            <w:shd w:val="clear" w:color="auto" w:fill="FFFFFF" w:themeFill="background1"/>
            <w:tcMar>
              <w:top w:w="100" w:type="dxa"/>
              <w:left w:w="120" w:type="dxa"/>
              <w:bottom w:w="100" w:type="dxa"/>
              <w:right w:w="120" w:type="dxa"/>
            </w:tcMar>
            <w:vAlign w:val="center"/>
          </w:tcPr>
          <w:p w14:paraId="29369829" w14:textId="4A9EEFFB" w:rsidR="00D66E19" w:rsidRPr="00750201" w:rsidRDefault="00D66E19" w:rsidP="00D66E19">
            <w:pPr>
              <w:spacing w:after="40"/>
              <w:rPr>
                <w:rFonts w:ascii="Aspira" w:hAnsi="Aspira"/>
                <w:b/>
                <w:sz w:val="18"/>
              </w:rPr>
            </w:pPr>
            <w:r w:rsidRPr="00750201">
              <w:rPr>
                <w:rFonts w:ascii="Aspira" w:hAnsi="Aspira"/>
                <w:i/>
                <w:sz w:val="18"/>
              </w:rPr>
              <w:t>List the qualifications and training most relevant to this role, beginning with the most recent.</w:t>
            </w:r>
          </w:p>
        </w:tc>
      </w:tr>
      <w:tr w:rsidR="00D66E19" w:rsidRPr="002C14E1" w14:paraId="0D3942FD" w14:textId="77777777" w:rsidTr="00D66E19">
        <w:trPr>
          <w:tblHeader/>
        </w:trPr>
        <w:tc>
          <w:tcPr>
            <w:tcW w:w="2880" w:type="dxa"/>
            <w:shd w:val="clear" w:color="auto" w:fill="215868" w:themeFill="accent5" w:themeFillShade="80"/>
            <w:tcMar>
              <w:top w:w="100" w:type="dxa"/>
              <w:left w:w="120" w:type="dxa"/>
              <w:bottom w:w="100" w:type="dxa"/>
              <w:right w:w="120" w:type="dxa"/>
            </w:tcMar>
            <w:vAlign w:val="center"/>
          </w:tcPr>
          <w:p w14:paraId="2CB319B6" w14:textId="35A868C1" w:rsidR="00D66E19" w:rsidRPr="002C14E1" w:rsidRDefault="00D66E19" w:rsidP="00D66E19">
            <w:pPr>
              <w:spacing w:after="40"/>
              <w:rPr>
                <w:rFonts w:ascii="Aspira" w:hAnsi="Aspira"/>
              </w:rPr>
            </w:pPr>
            <w:r w:rsidRPr="002C14E1">
              <w:rPr>
                <w:rFonts w:ascii="Aspira" w:hAnsi="Aspira"/>
                <w:b/>
                <w:color w:val="FFFFFF"/>
                <w:sz w:val="18"/>
              </w:rPr>
              <w:t>Institution / training body</w:t>
            </w:r>
          </w:p>
        </w:tc>
        <w:tc>
          <w:tcPr>
            <w:tcW w:w="3600" w:type="dxa"/>
            <w:shd w:val="clear" w:color="auto" w:fill="215868" w:themeFill="accent5" w:themeFillShade="80"/>
            <w:tcMar>
              <w:top w:w="100" w:type="dxa"/>
              <w:left w:w="120" w:type="dxa"/>
              <w:bottom w:w="100" w:type="dxa"/>
              <w:right w:w="120" w:type="dxa"/>
            </w:tcMar>
            <w:vAlign w:val="center"/>
          </w:tcPr>
          <w:p w14:paraId="6DEE19D4" w14:textId="77777777" w:rsidR="00D66E19" w:rsidRPr="002C14E1" w:rsidRDefault="00D66E19" w:rsidP="00D66E19">
            <w:pPr>
              <w:spacing w:after="40"/>
              <w:rPr>
                <w:rFonts w:ascii="Aspira" w:hAnsi="Aspira"/>
              </w:rPr>
            </w:pPr>
            <w:r w:rsidRPr="002C14E1">
              <w:rPr>
                <w:rFonts w:ascii="Aspira" w:hAnsi="Aspira"/>
                <w:b/>
                <w:color w:val="FFFFFF"/>
                <w:sz w:val="18"/>
              </w:rPr>
              <w:t>Qualification / course</w:t>
            </w:r>
          </w:p>
        </w:tc>
        <w:tc>
          <w:tcPr>
            <w:tcW w:w="1800" w:type="dxa"/>
            <w:shd w:val="clear" w:color="auto" w:fill="215868" w:themeFill="accent5" w:themeFillShade="80"/>
            <w:tcMar>
              <w:top w:w="100" w:type="dxa"/>
              <w:left w:w="120" w:type="dxa"/>
              <w:bottom w:w="100" w:type="dxa"/>
              <w:right w:w="120" w:type="dxa"/>
            </w:tcMar>
            <w:vAlign w:val="center"/>
          </w:tcPr>
          <w:p w14:paraId="6261DB7D" w14:textId="77777777" w:rsidR="00D66E19" w:rsidRPr="002C14E1" w:rsidRDefault="00D66E19" w:rsidP="00D66E19">
            <w:pPr>
              <w:spacing w:after="40"/>
              <w:rPr>
                <w:rFonts w:ascii="Aspira" w:hAnsi="Aspira"/>
              </w:rPr>
            </w:pPr>
            <w:r w:rsidRPr="002C14E1">
              <w:rPr>
                <w:rFonts w:ascii="Aspira" w:hAnsi="Aspira"/>
                <w:b/>
                <w:color w:val="FFFFFF"/>
                <w:sz w:val="18"/>
              </w:rPr>
              <w:t>Award / NFQ level</w:t>
            </w:r>
          </w:p>
        </w:tc>
        <w:tc>
          <w:tcPr>
            <w:tcW w:w="1615" w:type="dxa"/>
            <w:shd w:val="clear" w:color="auto" w:fill="215868" w:themeFill="accent5" w:themeFillShade="80"/>
            <w:tcMar>
              <w:top w:w="100" w:type="dxa"/>
              <w:left w:w="120" w:type="dxa"/>
              <w:bottom w:w="100" w:type="dxa"/>
              <w:right w:w="120" w:type="dxa"/>
            </w:tcMar>
            <w:vAlign w:val="center"/>
          </w:tcPr>
          <w:p w14:paraId="5F2E45D1" w14:textId="77777777" w:rsidR="00D66E19" w:rsidRPr="002C14E1" w:rsidRDefault="00D66E19" w:rsidP="00D66E19">
            <w:pPr>
              <w:spacing w:after="40"/>
              <w:rPr>
                <w:rFonts w:ascii="Aspira" w:hAnsi="Aspira"/>
              </w:rPr>
            </w:pPr>
            <w:r w:rsidRPr="002C14E1">
              <w:rPr>
                <w:rFonts w:ascii="Aspira" w:hAnsi="Aspira"/>
                <w:b/>
                <w:color w:val="FFFFFF"/>
                <w:sz w:val="18"/>
              </w:rPr>
              <w:t>Year completed</w:t>
            </w:r>
          </w:p>
        </w:tc>
      </w:tr>
      <w:tr w:rsidR="00D66E19" w:rsidRPr="002C14E1" w14:paraId="1620FC0B" w14:textId="77777777" w:rsidTr="00D66E19">
        <w:trPr>
          <w:cantSplit/>
        </w:trPr>
        <w:tc>
          <w:tcPr>
            <w:tcW w:w="2880" w:type="dxa"/>
            <w:tcMar>
              <w:top w:w="180" w:type="dxa"/>
              <w:left w:w="90" w:type="dxa"/>
              <w:bottom w:w="180" w:type="dxa"/>
              <w:right w:w="90" w:type="dxa"/>
            </w:tcMar>
            <w:vAlign w:val="center"/>
          </w:tcPr>
          <w:p w14:paraId="68CB9224" w14:textId="37701FEA" w:rsidR="00D66E19" w:rsidRPr="002C14E1" w:rsidRDefault="00D66E19" w:rsidP="00D66E19">
            <w:pPr>
              <w:spacing w:after="40"/>
              <w:rPr>
                <w:rFonts w:ascii="Aspira" w:hAnsi="Aspira"/>
              </w:rPr>
            </w:pPr>
          </w:p>
          <w:p w14:paraId="64B24BB0"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3600" w:type="dxa"/>
            <w:tcMar>
              <w:top w:w="180" w:type="dxa"/>
              <w:left w:w="90" w:type="dxa"/>
              <w:bottom w:w="180" w:type="dxa"/>
              <w:right w:w="90" w:type="dxa"/>
            </w:tcMar>
            <w:vAlign w:val="center"/>
          </w:tcPr>
          <w:p w14:paraId="270E8C42" w14:textId="77777777" w:rsidR="00D66E19" w:rsidRPr="002C14E1" w:rsidRDefault="00D66E19" w:rsidP="00D66E19">
            <w:pPr>
              <w:spacing w:after="40"/>
              <w:rPr>
                <w:rFonts w:ascii="Aspira" w:hAnsi="Aspira"/>
              </w:rPr>
            </w:pPr>
          </w:p>
          <w:p w14:paraId="74279A56"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800" w:type="dxa"/>
            <w:tcMar>
              <w:top w:w="180" w:type="dxa"/>
              <w:left w:w="90" w:type="dxa"/>
              <w:bottom w:w="180" w:type="dxa"/>
              <w:right w:w="90" w:type="dxa"/>
            </w:tcMar>
            <w:vAlign w:val="center"/>
          </w:tcPr>
          <w:p w14:paraId="2E58D7B2" w14:textId="77777777" w:rsidR="00D66E19" w:rsidRPr="002C14E1" w:rsidRDefault="00D66E19" w:rsidP="00D66E19">
            <w:pPr>
              <w:spacing w:after="40"/>
              <w:rPr>
                <w:rFonts w:ascii="Aspira" w:hAnsi="Aspira"/>
              </w:rPr>
            </w:pPr>
          </w:p>
          <w:p w14:paraId="21578449"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615" w:type="dxa"/>
            <w:tcMar>
              <w:top w:w="180" w:type="dxa"/>
              <w:left w:w="90" w:type="dxa"/>
              <w:bottom w:w="180" w:type="dxa"/>
              <w:right w:w="90" w:type="dxa"/>
            </w:tcMar>
            <w:vAlign w:val="center"/>
          </w:tcPr>
          <w:p w14:paraId="357A95F9" w14:textId="77777777" w:rsidR="00D66E19" w:rsidRPr="002C14E1" w:rsidRDefault="00D66E19" w:rsidP="00D66E19">
            <w:pPr>
              <w:spacing w:after="40"/>
              <w:rPr>
                <w:rFonts w:ascii="Aspira" w:hAnsi="Aspira"/>
              </w:rPr>
            </w:pPr>
          </w:p>
          <w:p w14:paraId="3AD846CD" w14:textId="77777777" w:rsidR="00D66E19" w:rsidRPr="002C14E1" w:rsidRDefault="00D66E19" w:rsidP="00D66E19">
            <w:pPr>
              <w:spacing w:after="40"/>
              <w:rPr>
                <w:rFonts w:ascii="Aspira" w:hAnsi="Aspira"/>
              </w:rPr>
            </w:pPr>
            <w:r w:rsidRPr="002C14E1">
              <w:rPr>
                <w:rFonts w:ascii="Aspira" w:hAnsi="Aspira"/>
                <w:sz w:val="18"/>
              </w:rPr>
              <w:t xml:space="preserve"> </w:t>
            </w:r>
          </w:p>
        </w:tc>
      </w:tr>
      <w:tr w:rsidR="00D66E19" w:rsidRPr="002C14E1" w14:paraId="27EA74A4" w14:textId="77777777" w:rsidTr="00D66E19">
        <w:trPr>
          <w:cantSplit/>
        </w:trPr>
        <w:tc>
          <w:tcPr>
            <w:tcW w:w="2880" w:type="dxa"/>
            <w:tcMar>
              <w:top w:w="180" w:type="dxa"/>
              <w:left w:w="90" w:type="dxa"/>
              <w:bottom w:w="180" w:type="dxa"/>
              <w:right w:w="90" w:type="dxa"/>
            </w:tcMar>
            <w:vAlign w:val="center"/>
          </w:tcPr>
          <w:p w14:paraId="0A71F61C" w14:textId="03B8F7FD" w:rsidR="00D66E19" w:rsidRPr="002C14E1" w:rsidRDefault="00D66E19" w:rsidP="00D66E19">
            <w:pPr>
              <w:spacing w:after="40"/>
              <w:rPr>
                <w:rFonts w:ascii="Aspira" w:hAnsi="Aspira"/>
              </w:rPr>
            </w:pPr>
          </w:p>
          <w:p w14:paraId="50FB47EB"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3600" w:type="dxa"/>
            <w:tcMar>
              <w:top w:w="180" w:type="dxa"/>
              <w:left w:w="90" w:type="dxa"/>
              <w:bottom w:w="180" w:type="dxa"/>
              <w:right w:w="90" w:type="dxa"/>
            </w:tcMar>
            <w:vAlign w:val="center"/>
          </w:tcPr>
          <w:p w14:paraId="5302E19B" w14:textId="77777777" w:rsidR="00D66E19" w:rsidRPr="002C14E1" w:rsidRDefault="00D66E19" w:rsidP="00D66E19">
            <w:pPr>
              <w:spacing w:after="40"/>
              <w:rPr>
                <w:rFonts w:ascii="Aspira" w:hAnsi="Aspira"/>
              </w:rPr>
            </w:pPr>
          </w:p>
          <w:p w14:paraId="3095CBFB"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800" w:type="dxa"/>
            <w:tcMar>
              <w:top w:w="180" w:type="dxa"/>
              <w:left w:w="90" w:type="dxa"/>
              <w:bottom w:w="180" w:type="dxa"/>
              <w:right w:w="90" w:type="dxa"/>
            </w:tcMar>
            <w:vAlign w:val="center"/>
          </w:tcPr>
          <w:p w14:paraId="7DBF1966" w14:textId="77777777" w:rsidR="00D66E19" w:rsidRPr="002C14E1" w:rsidRDefault="00D66E19" w:rsidP="00D66E19">
            <w:pPr>
              <w:spacing w:after="40"/>
              <w:rPr>
                <w:rFonts w:ascii="Aspira" w:hAnsi="Aspira"/>
              </w:rPr>
            </w:pPr>
          </w:p>
          <w:p w14:paraId="273E4741"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615" w:type="dxa"/>
            <w:tcMar>
              <w:top w:w="180" w:type="dxa"/>
              <w:left w:w="90" w:type="dxa"/>
              <w:bottom w:w="180" w:type="dxa"/>
              <w:right w:w="90" w:type="dxa"/>
            </w:tcMar>
            <w:vAlign w:val="center"/>
          </w:tcPr>
          <w:p w14:paraId="1B40635B" w14:textId="77777777" w:rsidR="00D66E19" w:rsidRPr="002C14E1" w:rsidRDefault="00D66E19" w:rsidP="00D66E19">
            <w:pPr>
              <w:spacing w:after="40"/>
              <w:rPr>
                <w:rFonts w:ascii="Aspira" w:hAnsi="Aspira"/>
              </w:rPr>
            </w:pPr>
          </w:p>
          <w:p w14:paraId="10304C44" w14:textId="77777777" w:rsidR="00D66E19" w:rsidRPr="002C14E1" w:rsidRDefault="00D66E19" w:rsidP="00D66E19">
            <w:pPr>
              <w:spacing w:after="40"/>
              <w:rPr>
                <w:rFonts w:ascii="Aspira" w:hAnsi="Aspira"/>
              </w:rPr>
            </w:pPr>
            <w:r w:rsidRPr="002C14E1">
              <w:rPr>
                <w:rFonts w:ascii="Aspira" w:hAnsi="Aspira"/>
                <w:sz w:val="18"/>
              </w:rPr>
              <w:t xml:space="preserve"> </w:t>
            </w:r>
          </w:p>
        </w:tc>
      </w:tr>
      <w:tr w:rsidR="00D66E19" w:rsidRPr="002C14E1" w14:paraId="7D972ABE" w14:textId="77777777" w:rsidTr="00D66E19">
        <w:trPr>
          <w:cantSplit/>
        </w:trPr>
        <w:tc>
          <w:tcPr>
            <w:tcW w:w="2880" w:type="dxa"/>
            <w:tcMar>
              <w:top w:w="180" w:type="dxa"/>
              <w:left w:w="90" w:type="dxa"/>
              <w:bottom w:w="180" w:type="dxa"/>
              <w:right w:w="90" w:type="dxa"/>
            </w:tcMar>
            <w:vAlign w:val="center"/>
          </w:tcPr>
          <w:p w14:paraId="68898A4C" w14:textId="4125995F" w:rsidR="00D66E19" w:rsidRPr="002C14E1" w:rsidRDefault="00D66E19" w:rsidP="00D66E19">
            <w:pPr>
              <w:spacing w:after="40"/>
              <w:rPr>
                <w:rFonts w:ascii="Aspira" w:hAnsi="Aspira"/>
              </w:rPr>
            </w:pPr>
          </w:p>
          <w:p w14:paraId="7F8B73D3"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3600" w:type="dxa"/>
            <w:tcMar>
              <w:top w:w="180" w:type="dxa"/>
              <w:left w:w="90" w:type="dxa"/>
              <w:bottom w:w="180" w:type="dxa"/>
              <w:right w:w="90" w:type="dxa"/>
            </w:tcMar>
            <w:vAlign w:val="center"/>
          </w:tcPr>
          <w:p w14:paraId="23E76D46" w14:textId="77777777" w:rsidR="00D66E19" w:rsidRPr="002C14E1" w:rsidRDefault="00D66E19" w:rsidP="00D66E19">
            <w:pPr>
              <w:spacing w:after="40"/>
              <w:rPr>
                <w:rFonts w:ascii="Aspira" w:hAnsi="Aspira"/>
              </w:rPr>
            </w:pPr>
          </w:p>
          <w:p w14:paraId="0057E795"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800" w:type="dxa"/>
            <w:tcMar>
              <w:top w:w="180" w:type="dxa"/>
              <w:left w:w="90" w:type="dxa"/>
              <w:bottom w:w="180" w:type="dxa"/>
              <w:right w:w="90" w:type="dxa"/>
            </w:tcMar>
            <w:vAlign w:val="center"/>
          </w:tcPr>
          <w:p w14:paraId="475BE7BD" w14:textId="77777777" w:rsidR="00D66E19" w:rsidRPr="002C14E1" w:rsidRDefault="00D66E19" w:rsidP="00D66E19">
            <w:pPr>
              <w:spacing w:after="40"/>
              <w:rPr>
                <w:rFonts w:ascii="Aspira" w:hAnsi="Aspira"/>
              </w:rPr>
            </w:pPr>
          </w:p>
          <w:p w14:paraId="2BD628BC"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615" w:type="dxa"/>
            <w:tcMar>
              <w:top w:w="180" w:type="dxa"/>
              <w:left w:w="90" w:type="dxa"/>
              <w:bottom w:w="180" w:type="dxa"/>
              <w:right w:w="90" w:type="dxa"/>
            </w:tcMar>
            <w:vAlign w:val="center"/>
          </w:tcPr>
          <w:p w14:paraId="51E58BD0" w14:textId="77777777" w:rsidR="00D66E19" w:rsidRPr="002C14E1" w:rsidRDefault="00D66E19" w:rsidP="00D66E19">
            <w:pPr>
              <w:spacing w:after="40"/>
              <w:rPr>
                <w:rFonts w:ascii="Aspira" w:hAnsi="Aspira"/>
              </w:rPr>
            </w:pPr>
          </w:p>
          <w:p w14:paraId="6E318A65" w14:textId="77777777" w:rsidR="00D66E19" w:rsidRPr="002C14E1" w:rsidRDefault="00D66E19" w:rsidP="00D66E19">
            <w:pPr>
              <w:spacing w:after="40"/>
              <w:rPr>
                <w:rFonts w:ascii="Aspira" w:hAnsi="Aspira"/>
              </w:rPr>
            </w:pPr>
            <w:r w:rsidRPr="002C14E1">
              <w:rPr>
                <w:rFonts w:ascii="Aspira" w:hAnsi="Aspira"/>
                <w:sz w:val="18"/>
              </w:rPr>
              <w:t xml:space="preserve"> </w:t>
            </w:r>
          </w:p>
        </w:tc>
      </w:tr>
      <w:tr w:rsidR="00D66E19" w:rsidRPr="002C14E1" w14:paraId="099DA719" w14:textId="77777777" w:rsidTr="00D66E19">
        <w:trPr>
          <w:cantSplit/>
        </w:trPr>
        <w:tc>
          <w:tcPr>
            <w:tcW w:w="2880" w:type="dxa"/>
            <w:tcMar>
              <w:top w:w="180" w:type="dxa"/>
              <w:left w:w="90" w:type="dxa"/>
              <w:bottom w:w="180" w:type="dxa"/>
              <w:right w:w="90" w:type="dxa"/>
            </w:tcMar>
            <w:vAlign w:val="center"/>
          </w:tcPr>
          <w:p w14:paraId="2B4FA426" w14:textId="0AC8F530" w:rsidR="00D66E19" w:rsidRPr="002C14E1" w:rsidRDefault="00D66E19" w:rsidP="00D66E19">
            <w:pPr>
              <w:spacing w:after="40"/>
              <w:rPr>
                <w:rFonts w:ascii="Aspira" w:hAnsi="Aspira"/>
              </w:rPr>
            </w:pPr>
          </w:p>
          <w:p w14:paraId="295919A7"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3600" w:type="dxa"/>
            <w:tcMar>
              <w:top w:w="180" w:type="dxa"/>
              <w:left w:w="90" w:type="dxa"/>
              <w:bottom w:w="180" w:type="dxa"/>
              <w:right w:w="90" w:type="dxa"/>
            </w:tcMar>
            <w:vAlign w:val="center"/>
          </w:tcPr>
          <w:p w14:paraId="5A39D8F5" w14:textId="77777777" w:rsidR="00D66E19" w:rsidRPr="002C14E1" w:rsidRDefault="00D66E19" w:rsidP="00D66E19">
            <w:pPr>
              <w:spacing w:after="40"/>
              <w:rPr>
                <w:rFonts w:ascii="Aspira" w:hAnsi="Aspira"/>
              </w:rPr>
            </w:pPr>
          </w:p>
          <w:p w14:paraId="78451F2B"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800" w:type="dxa"/>
            <w:tcMar>
              <w:top w:w="180" w:type="dxa"/>
              <w:left w:w="90" w:type="dxa"/>
              <w:bottom w:w="180" w:type="dxa"/>
              <w:right w:w="90" w:type="dxa"/>
            </w:tcMar>
            <w:vAlign w:val="center"/>
          </w:tcPr>
          <w:p w14:paraId="0EC9B19B" w14:textId="77777777" w:rsidR="00D66E19" w:rsidRPr="002C14E1" w:rsidRDefault="00D66E19" w:rsidP="00D66E19">
            <w:pPr>
              <w:spacing w:after="40"/>
              <w:rPr>
                <w:rFonts w:ascii="Aspira" w:hAnsi="Aspira"/>
              </w:rPr>
            </w:pPr>
          </w:p>
          <w:p w14:paraId="6AAF39E2"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615" w:type="dxa"/>
            <w:tcMar>
              <w:top w:w="180" w:type="dxa"/>
              <w:left w:w="90" w:type="dxa"/>
              <w:bottom w:w="180" w:type="dxa"/>
              <w:right w:w="90" w:type="dxa"/>
            </w:tcMar>
            <w:vAlign w:val="center"/>
          </w:tcPr>
          <w:p w14:paraId="5F4C843E" w14:textId="77777777" w:rsidR="00D66E19" w:rsidRPr="002C14E1" w:rsidRDefault="00D66E19" w:rsidP="00D66E19">
            <w:pPr>
              <w:spacing w:after="40"/>
              <w:rPr>
                <w:rFonts w:ascii="Aspira" w:hAnsi="Aspira"/>
              </w:rPr>
            </w:pPr>
          </w:p>
          <w:p w14:paraId="157A2301" w14:textId="77777777" w:rsidR="00D66E19" w:rsidRPr="002C14E1" w:rsidRDefault="00D66E19" w:rsidP="00D66E19">
            <w:pPr>
              <w:spacing w:after="40"/>
              <w:rPr>
                <w:rFonts w:ascii="Aspira" w:hAnsi="Aspira"/>
              </w:rPr>
            </w:pPr>
            <w:r w:rsidRPr="002C14E1">
              <w:rPr>
                <w:rFonts w:ascii="Aspira" w:hAnsi="Aspira"/>
                <w:sz w:val="18"/>
              </w:rPr>
              <w:t xml:space="preserve"> </w:t>
            </w:r>
          </w:p>
        </w:tc>
      </w:tr>
      <w:tr w:rsidR="00D66E19" w:rsidRPr="002C14E1" w14:paraId="0E3D1CE5" w14:textId="77777777" w:rsidTr="00D66E19">
        <w:trPr>
          <w:cantSplit/>
        </w:trPr>
        <w:tc>
          <w:tcPr>
            <w:tcW w:w="2880" w:type="dxa"/>
            <w:tcMar>
              <w:top w:w="180" w:type="dxa"/>
              <w:left w:w="90" w:type="dxa"/>
              <w:bottom w:w="180" w:type="dxa"/>
              <w:right w:w="90" w:type="dxa"/>
            </w:tcMar>
            <w:vAlign w:val="center"/>
          </w:tcPr>
          <w:p w14:paraId="0020135F" w14:textId="04587A47" w:rsidR="00D66E19" w:rsidRPr="002C14E1" w:rsidRDefault="00D66E19" w:rsidP="00D66E19">
            <w:pPr>
              <w:spacing w:after="40"/>
              <w:rPr>
                <w:rFonts w:ascii="Aspira" w:hAnsi="Aspira"/>
              </w:rPr>
            </w:pPr>
          </w:p>
          <w:p w14:paraId="6993DA35"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3600" w:type="dxa"/>
            <w:tcMar>
              <w:top w:w="180" w:type="dxa"/>
              <w:left w:w="90" w:type="dxa"/>
              <w:bottom w:w="180" w:type="dxa"/>
              <w:right w:w="90" w:type="dxa"/>
            </w:tcMar>
            <w:vAlign w:val="center"/>
          </w:tcPr>
          <w:p w14:paraId="68271405" w14:textId="77777777" w:rsidR="00D66E19" w:rsidRPr="002C14E1" w:rsidRDefault="00D66E19" w:rsidP="00D66E19">
            <w:pPr>
              <w:spacing w:after="40"/>
              <w:rPr>
                <w:rFonts w:ascii="Aspira" w:hAnsi="Aspira"/>
              </w:rPr>
            </w:pPr>
          </w:p>
          <w:p w14:paraId="3E37FA34"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800" w:type="dxa"/>
            <w:tcMar>
              <w:top w:w="180" w:type="dxa"/>
              <w:left w:w="90" w:type="dxa"/>
              <w:bottom w:w="180" w:type="dxa"/>
              <w:right w:w="90" w:type="dxa"/>
            </w:tcMar>
            <w:vAlign w:val="center"/>
          </w:tcPr>
          <w:p w14:paraId="0486766F" w14:textId="77777777" w:rsidR="00D66E19" w:rsidRPr="002C14E1" w:rsidRDefault="00D66E19" w:rsidP="00D66E19">
            <w:pPr>
              <w:spacing w:after="40"/>
              <w:rPr>
                <w:rFonts w:ascii="Aspira" w:hAnsi="Aspira"/>
              </w:rPr>
            </w:pPr>
          </w:p>
          <w:p w14:paraId="357A3620"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615" w:type="dxa"/>
            <w:tcMar>
              <w:top w:w="180" w:type="dxa"/>
              <w:left w:w="90" w:type="dxa"/>
              <w:bottom w:w="180" w:type="dxa"/>
              <w:right w:w="90" w:type="dxa"/>
            </w:tcMar>
            <w:vAlign w:val="center"/>
          </w:tcPr>
          <w:p w14:paraId="2C7B2D23" w14:textId="77777777" w:rsidR="00D66E19" w:rsidRPr="002C14E1" w:rsidRDefault="00D66E19" w:rsidP="00D66E19">
            <w:pPr>
              <w:spacing w:after="40"/>
              <w:rPr>
                <w:rFonts w:ascii="Aspira" w:hAnsi="Aspira"/>
              </w:rPr>
            </w:pPr>
          </w:p>
          <w:p w14:paraId="0C7F6472" w14:textId="77777777" w:rsidR="00D66E19" w:rsidRPr="002C14E1" w:rsidRDefault="00D66E19" w:rsidP="00D66E19">
            <w:pPr>
              <w:spacing w:after="40"/>
              <w:rPr>
                <w:rFonts w:ascii="Aspira" w:hAnsi="Aspira"/>
              </w:rPr>
            </w:pPr>
            <w:r w:rsidRPr="002C14E1">
              <w:rPr>
                <w:rFonts w:ascii="Aspira" w:hAnsi="Aspira"/>
                <w:sz w:val="18"/>
              </w:rPr>
              <w:t xml:space="preserve"> </w:t>
            </w:r>
          </w:p>
        </w:tc>
      </w:tr>
      <w:tr w:rsidR="00D66E19" w:rsidRPr="002C14E1" w14:paraId="062F39E6" w14:textId="77777777" w:rsidTr="00D66E19">
        <w:trPr>
          <w:cantSplit/>
        </w:trPr>
        <w:tc>
          <w:tcPr>
            <w:tcW w:w="2880" w:type="dxa"/>
            <w:tcMar>
              <w:top w:w="180" w:type="dxa"/>
              <w:left w:w="90" w:type="dxa"/>
              <w:bottom w:w="180" w:type="dxa"/>
              <w:right w:w="90" w:type="dxa"/>
            </w:tcMar>
            <w:vAlign w:val="center"/>
          </w:tcPr>
          <w:p w14:paraId="598A2880" w14:textId="2DB48ED5" w:rsidR="00D66E19" w:rsidRPr="002C14E1" w:rsidRDefault="00D66E19" w:rsidP="00D66E19">
            <w:pPr>
              <w:spacing w:after="40"/>
              <w:rPr>
                <w:rFonts w:ascii="Aspira" w:hAnsi="Aspira"/>
              </w:rPr>
            </w:pPr>
          </w:p>
          <w:p w14:paraId="24408FE4"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3600" w:type="dxa"/>
            <w:tcMar>
              <w:top w:w="180" w:type="dxa"/>
              <w:left w:w="90" w:type="dxa"/>
              <w:bottom w:w="180" w:type="dxa"/>
              <w:right w:w="90" w:type="dxa"/>
            </w:tcMar>
            <w:vAlign w:val="center"/>
          </w:tcPr>
          <w:p w14:paraId="5BDCEC0D" w14:textId="77777777" w:rsidR="00D66E19" w:rsidRPr="002C14E1" w:rsidRDefault="00D66E19" w:rsidP="00D66E19">
            <w:pPr>
              <w:spacing w:after="40"/>
              <w:rPr>
                <w:rFonts w:ascii="Aspira" w:hAnsi="Aspira"/>
              </w:rPr>
            </w:pPr>
          </w:p>
          <w:p w14:paraId="4558A0D7"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800" w:type="dxa"/>
            <w:tcMar>
              <w:top w:w="180" w:type="dxa"/>
              <w:left w:w="90" w:type="dxa"/>
              <w:bottom w:w="180" w:type="dxa"/>
              <w:right w:w="90" w:type="dxa"/>
            </w:tcMar>
            <w:vAlign w:val="center"/>
          </w:tcPr>
          <w:p w14:paraId="741F2414" w14:textId="77777777" w:rsidR="00D66E19" w:rsidRPr="002C14E1" w:rsidRDefault="00D66E19" w:rsidP="00D66E19">
            <w:pPr>
              <w:spacing w:after="40"/>
              <w:rPr>
                <w:rFonts w:ascii="Aspira" w:hAnsi="Aspira"/>
              </w:rPr>
            </w:pPr>
          </w:p>
          <w:p w14:paraId="69B81A82" w14:textId="77777777" w:rsidR="00D66E19" w:rsidRPr="002C14E1" w:rsidRDefault="00D66E19" w:rsidP="00D66E19">
            <w:pPr>
              <w:spacing w:after="40"/>
              <w:rPr>
                <w:rFonts w:ascii="Aspira" w:hAnsi="Aspira"/>
              </w:rPr>
            </w:pPr>
            <w:r w:rsidRPr="002C14E1">
              <w:rPr>
                <w:rFonts w:ascii="Aspira" w:hAnsi="Aspira"/>
                <w:sz w:val="18"/>
              </w:rPr>
              <w:t xml:space="preserve"> </w:t>
            </w:r>
          </w:p>
        </w:tc>
        <w:tc>
          <w:tcPr>
            <w:tcW w:w="1615" w:type="dxa"/>
            <w:tcMar>
              <w:top w:w="180" w:type="dxa"/>
              <w:left w:w="90" w:type="dxa"/>
              <w:bottom w:w="180" w:type="dxa"/>
              <w:right w:w="90" w:type="dxa"/>
            </w:tcMar>
            <w:vAlign w:val="center"/>
          </w:tcPr>
          <w:p w14:paraId="56DDE82F" w14:textId="77777777" w:rsidR="00D66E19" w:rsidRPr="002C14E1" w:rsidRDefault="00D66E19" w:rsidP="00D66E19">
            <w:pPr>
              <w:spacing w:after="40"/>
              <w:rPr>
                <w:rFonts w:ascii="Aspira" w:hAnsi="Aspira"/>
              </w:rPr>
            </w:pPr>
          </w:p>
          <w:p w14:paraId="1A212FB0" w14:textId="77777777" w:rsidR="00D66E19" w:rsidRPr="002C14E1" w:rsidRDefault="00D66E19" w:rsidP="00D66E19">
            <w:pPr>
              <w:spacing w:after="40"/>
              <w:rPr>
                <w:rFonts w:ascii="Aspira" w:hAnsi="Aspira"/>
              </w:rPr>
            </w:pPr>
            <w:r w:rsidRPr="002C14E1">
              <w:rPr>
                <w:rFonts w:ascii="Aspira" w:hAnsi="Aspira"/>
                <w:sz w:val="18"/>
              </w:rPr>
              <w:t xml:space="preserve"> </w:t>
            </w:r>
          </w:p>
        </w:tc>
      </w:tr>
    </w:tbl>
    <w:p w14:paraId="6144C3F9" w14:textId="77777777" w:rsidR="002C14E1" w:rsidRDefault="002C14E1">
      <w:pPr>
        <w:rPr>
          <w:rFonts w:asciiTheme="minorHAnsi" w:hAnsiTheme="minorHAnsi"/>
          <w:b/>
          <w:color w:val="1F4E5F"/>
          <w:sz w:val="21"/>
          <w:lang w:val="ru-RU"/>
        </w:rPr>
      </w:pPr>
    </w:p>
    <w:p w14:paraId="121968E6" w14:textId="77777777" w:rsidR="002C14E1" w:rsidRDefault="002C14E1">
      <w:pPr>
        <w:rPr>
          <w:rFonts w:asciiTheme="minorHAnsi" w:hAnsiTheme="minorHAnsi"/>
          <w:b/>
          <w:color w:val="1F4E5F"/>
          <w:sz w:val="21"/>
          <w:lang w:val="ru-RU"/>
        </w:rPr>
      </w:pPr>
    </w:p>
    <w:p w14:paraId="5B44984F" w14:textId="77777777" w:rsidR="002C14E1" w:rsidRDefault="002C14E1">
      <w:pPr>
        <w:rPr>
          <w:rFonts w:asciiTheme="minorHAnsi" w:hAnsiTheme="minorHAnsi"/>
          <w:b/>
          <w:color w:val="1F4E5F"/>
          <w:sz w:val="21"/>
          <w:lang w:val="en-IE"/>
        </w:rPr>
      </w:pPr>
    </w:p>
    <w:p w14:paraId="1CB70A81" w14:textId="77777777" w:rsidR="002F24B8" w:rsidRPr="002F24B8" w:rsidRDefault="002F24B8">
      <w:pPr>
        <w:rPr>
          <w:rFonts w:asciiTheme="minorHAnsi" w:hAnsiTheme="minorHAnsi"/>
          <w:b/>
          <w:color w:val="1F4E5F"/>
          <w:sz w:val="21"/>
          <w:lang w:val="en-IE"/>
        </w:rPr>
      </w:pPr>
    </w:p>
    <w:p w14:paraId="6F39C548" w14:textId="77777777" w:rsidR="00D66E19" w:rsidRDefault="00D66E19">
      <w:pPr>
        <w:rPr>
          <w:rFonts w:ascii="Aspira" w:hAnsi="Aspira"/>
          <w:b/>
          <w:color w:val="1F4E5F"/>
          <w:sz w:val="21"/>
        </w:rPr>
      </w:pPr>
    </w:p>
    <w:p w14:paraId="586674C1" w14:textId="77777777" w:rsidR="001E692D" w:rsidRDefault="001E692D">
      <w:pPr>
        <w:rPr>
          <w:rFonts w:ascii="Aspira" w:hAnsi="Aspira"/>
          <w:b/>
          <w:color w:val="1F4E5F"/>
          <w:sz w:val="21"/>
        </w:rPr>
      </w:pPr>
    </w:p>
    <w:p w14:paraId="473D89F5" w14:textId="77777777" w:rsidR="001E692D" w:rsidRDefault="001E692D">
      <w:pPr>
        <w:rPr>
          <w:rFonts w:ascii="Aspira" w:hAnsi="Aspira"/>
          <w:b/>
          <w:color w:val="1F4E5F"/>
          <w:sz w:val="21"/>
        </w:rPr>
      </w:pPr>
    </w:p>
    <w:p w14:paraId="69BF6B43" w14:textId="77777777" w:rsidR="001E692D" w:rsidRDefault="001E692D">
      <w:pPr>
        <w:rPr>
          <w:rFonts w:ascii="Aspira" w:hAnsi="Aspira"/>
          <w:b/>
          <w:color w:val="1F4E5F"/>
          <w:sz w:val="21"/>
        </w:rPr>
      </w:pPr>
    </w:p>
    <w:p w14:paraId="0A7A5FDD" w14:textId="77777777" w:rsidR="001E692D" w:rsidRDefault="001E692D">
      <w:pPr>
        <w:rPr>
          <w:rFonts w:ascii="Aspira" w:hAnsi="Aspira"/>
          <w:b/>
          <w:color w:val="1F4E5F"/>
          <w:sz w:val="21"/>
        </w:rPr>
      </w:pPr>
    </w:p>
    <w:p w14:paraId="5CCCE08E" w14:textId="12C373AF" w:rsidR="005970D7" w:rsidRPr="002C14E1" w:rsidRDefault="007802B5">
      <w:pPr>
        <w:rPr>
          <w:rFonts w:ascii="Aspira" w:hAnsi="Aspira"/>
        </w:rPr>
      </w:pPr>
      <w:r w:rsidRPr="002C14E1">
        <w:rPr>
          <w:rFonts w:ascii="Aspira" w:hAnsi="Aspira"/>
          <w:b/>
          <w:color w:val="1F4E5F"/>
          <w:sz w:val="21"/>
        </w:rPr>
        <w:lastRenderedPageBreak/>
        <w:t>Professional membership</w:t>
      </w:r>
    </w:p>
    <w:tbl>
      <w:tblPr>
        <w:tblStyle w:val="TableGrid"/>
        <w:tblW w:w="0" w:type="auto"/>
        <w:tblLayout w:type="fixed"/>
        <w:tblLook w:val="04A0" w:firstRow="1" w:lastRow="0" w:firstColumn="1" w:lastColumn="0" w:noHBand="0" w:noVBand="1"/>
      </w:tblPr>
      <w:tblGrid>
        <w:gridCol w:w="3600"/>
        <w:gridCol w:w="3888"/>
        <w:gridCol w:w="2407"/>
      </w:tblGrid>
      <w:tr w:rsidR="005970D7" w:rsidRPr="002C14E1" w14:paraId="452050D0" w14:textId="77777777" w:rsidTr="002C14E1">
        <w:tc>
          <w:tcPr>
            <w:tcW w:w="3600" w:type="dxa"/>
            <w:shd w:val="clear" w:color="auto" w:fill="E8F0F1"/>
            <w:tcMar>
              <w:top w:w="100" w:type="dxa"/>
              <w:left w:w="120" w:type="dxa"/>
              <w:bottom w:w="100" w:type="dxa"/>
              <w:right w:w="120" w:type="dxa"/>
            </w:tcMar>
            <w:vAlign w:val="center"/>
          </w:tcPr>
          <w:p w14:paraId="3ACF83AC" w14:textId="77777777" w:rsidR="005970D7" w:rsidRPr="002C14E1" w:rsidRDefault="007802B5">
            <w:pPr>
              <w:spacing w:after="40"/>
              <w:rPr>
                <w:rFonts w:ascii="Aspira" w:hAnsi="Aspira"/>
              </w:rPr>
            </w:pPr>
            <w:r w:rsidRPr="002C14E1">
              <w:rPr>
                <w:rFonts w:ascii="Aspira" w:hAnsi="Aspira"/>
                <w:b/>
                <w:color w:val="1F4E5F"/>
                <w:sz w:val="18"/>
              </w:rPr>
              <w:t>Professional body</w:t>
            </w:r>
          </w:p>
        </w:tc>
        <w:tc>
          <w:tcPr>
            <w:tcW w:w="3888" w:type="dxa"/>
            <w:shd w:val="clear" w:color="auto" w:fill="E8F0F1"/>
            <w:tcMar>
              <w:top w:w="100" w:type="dxa"/>
              <w:left w:w="120" w:type="dxa"/>
              <w:bottom w:w="100" w:type="dxa"/>
              <w:right w:w="120" w:type="dxa"/>
            </w:tcMar>
            <w:vAlign w:val="center"/>
          </w:tcPr>
          <w:p w14:paraId="45FB4064" w14:textId="77777777" w:rsidR="005970D7" w:rsidRPr="002C14E1" w:rsidRDefault="007802B5">
            <w:pPr>
              <w:spacing w:after="40"/>
              <w:rPr>
                <w:rFonts w:ascii="Aspira" w:hAnsi="Aspira"/>
              </w:rPr>
            </w:pPr>
            <w:r w:rsidRPr="002C14E1">
              <w:rPr>
                <w:rFonts w:ascii="Aspira" w:hAnsi="Aspira"/>
                <w:b/>
                <w:color w:val="1F4E5F"/>
                <w:sz w:val="18"/>
              </w:rPr>
              <w:t>Membership status / level</w:t>
            </w:r>
          </w:p>
        </w:tc>
        <w:tc>
          <w:tcPr>
            <w:tcW w:w="2407" w:type="dxa"/>
            <w:shd w:val="clear" w:color="auto" w:fill="E8F0F1"/>
            <w:tcMar>
              <w:top w:w="100" w:type="dxa"/>
              <w:left w:w="120" w:type="dxa"/>
              <w:bottom w:w="100" w:type="dxa"/>
              <w:right w:w="120" w:type="dxa"/>
            </w:tcMar>
            <w:vAlign w:val="center"/>
          </w:tcPr>
          <w:p w14:paraId="52E20D2D" w14:textId="77777777" w:rsidR="005970D7" w:rsidRPr="002C14E1" w:rsidRDefault="007802B5">
            <w:pPr>
              <w:spacing w:after="40"/>
              <w:rPr>
                <w:rFonts w:ascii="Aspira" w:hAnsi="Aspira"/>
              </w:rPr>
            </w:pPr>
            <w:r w:rsidRPr="002C14E1">
              <w:rPr>
                <w:rFonts w:ascii="Aspira" w:hAnsi="Aspira"/>
                <w:b/>
                <w:color w:val="1F4E5F"/>
                <w:sz w:val="18"/>
              </w:rPr>
              <w:t>Year obtained</w:t>
            </w:r>
          </w:p>
        </w:tc>
      </w:tr>
      <w:tr w:rsidR="005970D7" w:rsidRPr="002C14E1" w14:paraId="4F5645BA" w14:textId="77777777" w:rsidTr="002C14E1">
        <w:trPr>
          <w:cantSplit/>
        </w:trPr>
        <w:tc>
          <w:tcPr>
            <w:tcW w:w="3600" w:type="dxa"/>
            <w:tcMar>
              <w:top w:w="150" w:type="dxa"/>
              <w:left w:w="100" w:type="dxa"/>
              <w:bottom w:w="150" w:type="dxa"/>
              <w:right w:w="100" w:type="dxa"/>
            </w:tcMar>
            <w:vAlign w:val="center"/>
          </w:tcPr>
          <w:p w14:paraId="03C910C3" w14:textId="77777777" w:rsidR="005970D7" w:rsidRPr="002C14E1" w:rsidRDefault="005970D7">
            <w:pPr>
              <w:spacing w:after="40"/>
              <w:rPr>
                <w:rFonts w:ascii="Aspira" w:hAnsi="Aspira"/>
              </w:rPr>
            </w:pPr>
          </w:p>
          <w:p w14:paraId="5394AA1B" w14:textId="77777777" w:rsidR="005970D7" w:rsidRPr="002C14E1" w:rsidRDefault="007802B5">
            <w:pPr>
              <w:spacing w:after="40"/>
              <w:rPr>
                <w:rFonts w:ascii="Aspira" w:hAnsi="Aspira"/>
              </w:rPr>
            </w:pPr>
            <w:r w:rsidRPr="002C14E1">
              <w:rPr>
                <w:rFonts w:ascii="Aspira" w:hAnsi="Aspira"/>
                <w:sz w:val="18"/>
              </w:rPr>
              <w:t xml:space="preserve"> </w:t>
            </w:r>
          </w:p>
        </w:tc>
        <w:tc>
          <w:tcPr>
            <w:tcW w:w="3888" w:type="dxa"/>
            <w:tcMar>
              <w:top w:w="150" w:type="dxa"/>
              <w:left w:w="100" w:type="dxa"/>
              <w:bottom w:w="150" w:type="dxa"/>
              <w:right w:w="100" w:type="dxa"/>
            </w:tcMar>
            <w:vAlign w:val="center"/>
          </w:tcPr>
          <w:p w14:paraId="094EC087" w14:textId="77777777" w:rsidR="005970D7" w:rsidRPr="002C14E1" w:rsidRDefault="005970D7">
            <w:pPr>
              <w:spacing w:after="40"/>
              <w:rPr>
                <w:rFonts w:ascii="Aspira" w:hAnsi="Aspira"/>
              </w:rPr>
            </w:pPr>
          </w:p>
          <w:p w14:paraId="2D3CB20B" w14:textId="77777777" w:rsidR="005970D7" w:rsidRPr="002C14E1" w:rsidRDefault="007802B5">
            <w:pPr>
              <w:spacing w:after="40"/>
              <w:rPr>
                <w:rFonts w:ascii="Aspira" w:hAnsi="Aspira"/>
              </w:rPr>
            </w:pPr>
            <w:r w:rsidRPr="002C14E1">
              <w:rPr>
                <w:rFonts w:ascii="Aspira" w:hAnsi="Aspira"/>
                <w:sz w:val="18"/>
              </w:rPr>
              <w:t xml:space="preserve"> </w:t>
            </w:r>
          </w:p>
        </w:tc>
        <w:tc>
          <w:tcPr>
            <w:tcW w:w="2407" w:type="dxa"/>
            <w:tcMar>
              <w:top w:w="150" w:type="dxa"/>
              <w:left w:w="100" w:type="dxa"/>
              <w:bottom w:w="150" w:type="dxa"/>
              <w:right w:w="100" w:type="dxa"/>
            </w:tcMar>
            <w:vAlign w:val="center"/>
          </w:tcPr>
          <w:p w14:paraId="0C870FEA" w14:textId="77777777" w:rsidR="005970D7" w:rsidRPr="002C14E1" w:rsidRDefault="005970D7">
            <w:pPr>
              <w:spacing w:after="40"/>
              <w:rPr>
                <w:rFonts w:ascii="Aspira" w:hAnsi="Aspira"/>
              </w:rPr>
            </w:pPr>
          </w:p>
          <w:p w14:paraId="347A3529"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689475AC" w14:textId="77777777" w:rsidTr="002C14E1">
        <w:trPr>
          <w:cantSplit/>
        </w:trPr>
        <w:tc>
          <w:tcPr>
            <w:tcW w:w="3600" w:type="dxa"/>
            <w:tcMar>
              <w:top w:w="150" w:type="dxa"/>
              <w:left w:w="100" w:type="dxa"/>
              <w:bottom w:w="150" w:type="dxa"/>
              <w:right w:w="100" w:type="dxa"/>
            </w:tcMar>
            <w:vAlign w:val="center"/>
          </w:tcPr>
          <w:p w14:paraId="3BBDD6A0" w14:textId="77777777" w:rsidR="005970D7" w:rsidRPr="002C14E1" w:rsidRDefault="005970D7">
            <w:pPr>
              <w:spacing w:after="40"/>
              <w:rPr>
                <w:rFonts w:ascii="Aspira" w:hAnsi="Aspira"/>
              </w:rPr>
            </w:pPr>
          </w:p>
          <w:p w14:paraId="7CDF7ABC" w14:textId="77777777" w:rsidR="005970D7" w:rsidRPr="002C14E1" w:rsidRDefault="007802B5">
            <w:pPr>
              <w:spacing w:after="40"/>
              <w:rPr>
                <w:rFonts w:ascii="Aspira" w:hAnsi="Aspira"/>
              </w:rPr>
            </w:pPr>
            <w:r w:rsidRPr="002C14E1">
              <w:rPr>
                <w:rFonts w:ascii="Aspira" w:hAnsi="Aspira"/>
                <w:sz w:val="18"/>
              </w:rPr>
              <w:t xml:space="preserve"> </w:t>
            </w:r>
          </w:p>
        </w:tc>
        <w:tc>
          <w:tcPr>
            <w:tcW w:w="3888" w:type="dxa"/>
            <w:tcMar>
              <w:top w:w="150" w:type="dxa"/>
              <w:left w:w="100" w:type="dxa"/>
              <w:bottom w:w="150" w:type="dxa"/>
              <w:right w:w="100" w:type="dxa"/>
            </w:tcMar>
            <w:vAlign w:val="center"/>
          </w:tcPr>
          <w:p w14:paraId="24746A7F" w14:textId="77777777" w:rsidR="005970D7" w:rsidRPr="002C14E1" w:rsidRDefault="005970D7">
            <w:pPr>
              <w:spacing w:after="40"/>
              <w:rPr>
                <w:rFonts w:ascii="Aspira" w:hAnsi="Aspira"/>
              </w:rPr>
            </w:pPr>
          </w:p>
          <w:p w14:paraId="212648B4" w14:textId="77777777" w:rsidR="005970D7" w:rsidRPr="002C14E1" w:rsidRDefault="007802B5">
            <w:pPr>
              <w:spacing w:after="40"/>
              <w:rPr>
                <w:rFonts w:ascii="Aspira" w:hAnsi="Aspira"/>
              </w:rPr>
            </w:pPr>
            <w:r w:rsidRPr="002C14E1">
              <w:rPr>
                <w:rFonts w:ascii="Aspira" w:hAnsi="Aspira"/>
                <w:sz w:val="18"/>
              </w:rPr>
              <w:t xml:space="preserve"> </w:t>
            </w:r>
          </w:p>
        </w:tc>
        <w:tc>
          <w:tcPr>
            <w:tcW w:w="2407" w:type="dxa"/>
            <w:tcMar>
              <w:top w:w="150" w:type="dxa"/>
              <w:left w:w="100" w:type="dxa"/>
              <w:bottom w:w="150" w:type="dxa"/>
              <w:right w:w="100" w:type="dxa"/>
            </w:tcMar>
            <w:vAlign w:val="center"/>
          </w:tcPr>
          <w:p w14:paraId="54BFEE91" w14:textId="77777777" w:rsidR="005970D7" w:rsidRPr="002C14E1" w:rsidRDefault="005970D7">
            <w:pPr>
              <w:spacing w:after="40"/>
              <w:rPr>
                <w:rFonts w:ascii="Aspira" w:hAnsi="Aspira"/>
              </w:rPr>
            </w:pPr>
          </w:p>
          <w:p w14:paraId="62300DF6"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3BB60C24" w14:textId="77777777" w:rsidTr="002C14E1">
        <w:trPr>
          <w:cantSplit/>
        </w:trPr>
        <w:tc>
          <w:tcPr>
            <w:tcW w:w="3600" w:type="dxa"/>
            <w:tcMar>
              <w:top w:w="150" w:type="dxa"/>
              <w:left w:w="100" w:type="dxa"/>
              <w:bottom w:w="150" w:type="dxa"/>
              <w:right w:w="100" w:type="dxa"/>
            </w:tcMar>
            <w:vAlign w:val="center"/>
          </w:tcPr>
          <w:p w14:paraId="2273497D" w14:textId="77777777" w:rsidR="005970D7" w:rsidRPr="002C14E1" w:rsidRDefault="005970D7">
            <w:pPr>
              <w:spacing w:after="40"/>
              <w:rPr>
                <w:rFonts w:ascii="Aspira" w:hAnsi="Aspira"/>
              </w:rPr>
            </w:pPr>
          </w:p>
          <w:p w14:paraId="3BD6F982" w14:textId="77777777" w:rsidR="005970D7" w:rsidRPr="002C14E1" w:rsidRDefault="007802B5">
            <w:pPr>
              <w:spacing w:after="40"/>
              <w:rPr>
                <w:rFonts w:ascii="Aspira" w:hAnsi="Aspira"/>
              </w:rPr>
            </w:pPr>
            <w:r w:rsidRPr="002C14E1">
              <w:rPr>
                <w:rFonts w:ascii="Aspira" w:hAnsi="Aspira"/>
                <w:sz w:val="18"/>
              </w:rPr>
              <w:t xml:space="preserve"> </w:t>
            </w:r>
          </w:p>
        </w:tc>
        <w:tc>
          <w:tcPr>
            <w:tcW w:w="3888" w:type="dxa"/>
            <w:tcMar>
              <w:top w:w="150" w:type="dxa"/>
              <w:left w:w="100" w:type="dxa"/>
              <w:bottom w:w="150" w:type="dxa"/>
              <w:right w:w="100" w:type="dxa"/>
            </w:tcMar>
            <w:vAlign w:val="center"/>
          </w:tcPr>
          <w:p w14:paraId="412EB370" w14:textId="77777777" w:rsidR="005970D7" w:rsidRPr="002C14E1" w:rsidRDefault="005970D7">
            <w:pPr>
              <w:spacing w:after="40"/>
              <w:rPr>
                <w:rFonts w:ascii="Aspira" w:hAnsi="Aspira"/>
              </w:rPr>
            </w:pPr>
          </w:p>
          <w:p w14:paraId="37A6A6E8" w14:textId="77777777" w:rsidR="005970D7" w:rsidRPr="002C14E1" w:rsidRDefault="007802B5">
            <w:pPr>
              <w:spacing w:after="40"/>
              <w:rPr>
                <w:rFonts w:ascii="Aspira" w:hAnsi="Aspira"/>
              </w:rPr>
            </w:pPr>
            <w:r w:rsidRPr="002C14E1">
              <w:rPr>
                <w:rFonts w:ascii="Aspira" w:hAnsi="Aspira"/>
                <w:sz w:val="18"/>
              </w:rPr>
              <w:t xml:space="preserve"> </w:t>
            </w:r>
          </w:p>
        </w:tc>
        <w:tc>
          <w:tcPr>
            <w:tcW w:w="2407" w:type="dxa"/>
            <w:tcMar>
              <w:top w:w="150" w:type="dxa"/>
              <w:left w:w="100" w:type="dxa"/>
              <w:bottom w:w="150" w:type="dxa"/>
              <w:right w:w="100" w:type="dxa"/>
            </w:tcMar>
            <w:vAlign w:val="center"/>
          </w:tcPr>
          <w:p w14:paraId="0F5DD63F" w14:textId="77777777" w:rsidR="005970D7" w:rsidRPr="002C14E1" w:rsidRDefault="005970D7">
            <w:pPr>
              <w:spacing w:after="40"/>
              <w:rPr>
                <w:rFonts w:ascii="Aspira" w:hAnsi="Aspira"/>
              </w:rPr>
            </w:pPr>
          </w:p>
          <w:p w14:paraId="1DF0D8B3" w14:textId="77777777" w:rsidR="005970D7" w:rsidRPr="002C14E1" w:rsidRDefault="007802B5">
            <w:pPr>
              <w:spacing w:after="40"/>
              <w:rPr>
                <w:rFonts w:ascii="Aspira" w:hAnsi="Aspira"/>
              </w:rPr>
            </w:pPr>
            <w:r w:rsidRPr="002C14E1">
              <w:rPr>
                <w:rFonts w:ascii="Aspira" w:hAnsi="Aspira"/>
                <w:sz w:val="18"/>
              </w:rPr>
              <w:t xml:space="preserve"> </w:t>
            </w:r>
          </w:p>
        </w:tc>
      </w:tr>
    </w:tbl>
    <w:p w14:paraId="78481A2B" w14:textId="77777777" w:rsidR="005970D7" w:rsidRPr="002C14E1" w:rsidRDefault="005970D7">
      <w:pPr>
        <w:spacing w:after="0"/>
        <w:rPr>
          <w:rFonts w:ascii="Aspira" w:hAnsi="Aspira"/>
        </w:rPr>
      </w:pPr>
    </w:p>
    <w:tbl>
      <w:tblPr>
        <w:tblStyle w:val="TableGrid"/>
        <w:tblW w:w="5000" w:type="pct"/>
        <w:tblLook w:val="04A0" w:firstRow="1" w:lastRow="0" w:firstColumn="1" w:lastColumn="0" w:noHBand="0" w:noVBand="1"/>
      </w:tblPr>
      <w:tblGrid>
        <w:gridCol w:w="9984"/>
      </w:tblGrid>
      <w:tr w:rsidR="00D66E19" w14:paraId="103EF67E" w14:textId="77777777" w:rsidTr="00E67849">
        <w:trPr>
          <w:trHeight w:val="523"/>
        </w:trPr>
        <w:tc>
          <w:tcPr>
            <w:tcW w:w="5000" w:type="pct"/>
            <w:shd w:val="clear" w:color="auto" w:fill="215868" w:themeFill="accent5" w:themeFillShade="80"/>
          </w:tcPr>
          <w:p w14:paraId="097263D4" w14:textId="77777777" w:rsidR="00E67849" w:rsidRDefault="00E67849" w:rsidP="00E67849">
            <w:pPr>
              <w:spacing w:after="40"/>
              <w:rPr>
                <w:rFonts w:ascii="Aspira" w:hAnsi="Aspira"/>
                <w:b/>
                <w:color w:val="FFFFFF"/>
                <w:sz w:val="22"/>
              </w:rPr>
            </w:pPr>
          </w:p>
          <w:p w14:paraId="6E06A6EE" w14:textId="0FECC5F1" w:rsidR="00D66E19" w:rsidRPr="00E67849" w:rsidRDefault="00D66E19" w:rsidP="00E67849">
            <w:pPr>
              <w:spacing w:after="40"/>
              <w:rPr>
                <w:rFonts w:ascii="Aspira" w:hAnsi="Aspira"/>
                <w:b/>
                <w:color w:val="FFFFFF"/>
                <w:sz w:val="22"/>
              </w:rPr>
            </w:pPr>
            <w:r>
              <w:rPr>
                <w:rFonts w:ascii="Aspira" w:hAnsi="Aspira"/>
                <w:b/>
                <w:color w:val="FFFFFF"/>
                <w:sz w:val="22"/>
              </w:rPr>
              <w:t>3</w:t>
            </w:r>
            <w:r w:rsidRPr="002C14E1">
              <w:rPr>
                <w:rFonts w:ascii="Aspira" w:hAnsi="Aspira"/>
                <w:b/>
                <w:color w:val="FFFFFF"/>
                <w:sz w:val="22"/>
              </w:rPr>
              <w:t>. CAREER HISTORY</w:t>
            </w:r>
          </w:p>
        </w:tc>
      </w:tr>
      <w:tr w:rsidR="00D66E19" w14:paraId="6FBD0D43" w14:textId="77777777" w:rsidTr="00D66E19">
        <w:tc>
          <w:tcPr>
            <w:tcW w:w="5000" w:type="pct"/>
          </w:tcPr>
          <w:p w14:paraId="53A6E05A" w14:textId="77777777" w:rsidR="005E0DB6" w:rsidRPr="00750201" w:rsidRDefault="005E0DB6">
            <w:pPr>
              <w:spacing w:after="0"/>
              <w:rPr>
                <w:rFonts w:ascii="Aspira" w:hAnsi="Aspira"/>
                <w:i/>
                <w:sz w:val="18"/>
              </w:rPr>
            </w:pPr>
          </w:p>
          <w:p w14:paraId="61C7AA4E" w14:textId="09E2AD81" w:rsidR="00D66E19" w:rsidRPr="00750201" w:rsidRDefault="00E67849">
            <w:pPr>
              <w:spacing w:after="0"/>
              <w:rPr>
                <w:rFonts w:ascii="Aspira" w:hAnsi="Aspira"/>
                <w:i/>
                <w:sz w:val="18"/>
              </w:rPr>
            </w:pPr>
            <w:r w:rsidRPr="00750201">
              <w:rPr>
                <w:rFonts w:ascii="Aspira" w:hAnsi="Aspira"/>
                <w:i/>
                <w:sz w:val="18"/>
              </w:rPr>
              <w:t>Begin with your current or most recent position.</w:t>
            </w:r>
            <w:r w:rsidR="00750201">
              <w:rPr>
                <w:rFonts w:ascii="Aspira" w:hAnsi="Aspira"/>
                <w:i/>
                <w:sz w:val="18"/>
              </w:rPr>
              <w:t xml:space="preserve"> (Add additional pages if needed). </w:t>
            </w:r>
            <w:r w:rsidRPr="00750201">
              <w:rPr>
                <w:rFonts w:ascii="Aspira" w:hAnsi="Aspira"/>
                <w:i/>
                <w:sz w:val="18"/>
              </w:rPr>
              <w:t xml:space="preserve"> </w:t>
            </w:r>
            <w:r w:rsidR="005E0DB6" w:rsidRPr="00750201">
              <w:rPr>
                <w:rFonts w:ascii="Aspira" w:hAnsi="Aspira"/>
                <w:i/>
                <w:sz w:val="18"/>
              </w:rPr>
              <w:t>For each role, outline the nature of the position, your principal responsibilities, staff or programme management responsibilities, and key achievements relevant to this post. Make your own contribution clear.</w:t>
            </w:r>
          </w:p>
          <w:p w14:paraId="5A830754" w14:textId="3E335DEB" w:rsidR="005E0DB6" w:rsidRPr="00E67849" w:rsidRDefault="005E0DB6">
            <w:pPr>
              <w:spacing w:after="0"/>
              <w:rPr>
                <w:rFonts w:ascii="Aspira" w:hAnsi="Aspira"/>
                <w:i/>
                <w:color w:val="666666"/>
                <w:sz w:val="18"/>
              </w:rPr>
            </w:pPr>
          </w:p>
        </w:tc>
      </w:tr>
    </w:tbl>
    <w:p w14:paraId="300CCCFF" w14:textId="77777777" w:rsidR="005970D7" w:rsidRPr="002C14E1" w:rsidRDefault="005970D7">
      <w:pPr>
        <w:spacing w:after="0"/>
        <w:rPr>
          <w:rFonts w:ascii="Aspira" w:hAnsi="Aspira"/>
        </w:rPr>
      </w:pPr>
    </w:p>
    <w:p w14:paraId="76211638" w14:textId="77777777" w:rsidR="005970D7" w:rsidRPr="002C14E1" w:rsidRDefault="007802B5">
      <w:pPr>
        <w:spacing w:before="80"/>
        <w:rPr>
          <w:rFonts w:ascii="Aspira" w:hAnsi="Aspira"/>
        </w:rPr>
      </w:pPr>
      <w:r w:rsidRPr="002C14E1">
        <w:rPr>
          <w:rFonts w:ascii="Aspira" w:hAnsi="Aspira"/>
          <w:b/>
          <w:color w:val="2F6F73"/>
          <w:sz w:val="21"/>
        </w:rPr>
        <w:t>Position 1</w:t>
      </w:r>
    </w:p>
    <w:tbl>
      <w:tblPr>
        <w:tblStyle w:val="TableGrid"/>
        <w:tblW w:w="0" w:type="auto"/>
        <w:jc w:val="center"/>
        <w:tblLayout w:type="fixed"/>
        <w:tblLook w:val="04A0" w:firstRow="1" w:lastRow="0" w:firstColumn="1" w:lastColumn="0" w:noHBand="0" w:noVBand="1"/>
      </w:tblPr>
      <w:tblGrid>
        <w:gridCol w:w="2885"/>
        <w:gridCol w:w="6912"/>
      </w:tblGrid>
      <w:tr w:rsidR="005970D7" w:rsidRPr="002C14E1" w14:paraId="643E2178" w14:textId="77777777" w:rsidTr="002C14E1">
        <w:trPr>
          <w:cantSplit/>
          <w:jc w:val="center"/>
        </w:trPr>
        <w:tc>
          <w:tcPr>
            <w:tcW w:w="2885" w:type="dxa"/>
            <w:shd w:val="clear" w:color="auto" w:fill="E8F0F1"/>
            <w:tcMar>
              <w:top w:w="120" w:type="dxa"/>
              <w:left w:w="120" w:type="dxa"/>
              <w:bottom w:w="120" w:type="dxa"/>
              <w:right w:w="120" w:type="dxa"/>
            </w:tcMar>
            <w:vAlign w:val="center"/>
          </w:tcPr>
          <w:p w14:paraId="6E5E5C66" w14:textId="1C7807FD" w:rsidR="005970D7" w:rsidRPr="002C14E1" w:rsidRDefault="007802B5">
            <w:pPr>
              <w:spacing w:after="40"/>
              <w:rPr>
                <w:rFonts w:ascii="Aspira" w:hAnsi="Aspira"/>
              </w:rPr>
            </w:pPr>
            <w:r w:rsidRPr="002C14E1">
              <w:rPr>
                <w:rFonts w:ascii="Aspira" w:hAnsi="Aspira"/>
                <w:b/>
                <w:color w:val="1F4E5F"/>
                <w:sz w:val="18"/>
              </w:rPr>
              <w:t xml:space="preserve">Employer </w:t>
            </w:r>
          </w:p>
        </w:tc>
        <w:tc>
          <w:tcPr>
            <w:tcW w:w="6912" w:type="dxa"/>
            <w:tcMar>
              <w:top w:w="150" w:type="dxa"/>
              <w:left w:w="120" w:type="dxa"/>
              <w:bottom w:w="150" w:type="dxa"/>
              <w:right w:w="120" w:type="dxa"/>
            </w:tcMar>
            <w:vAlign w:val="center"/>
          </w:tcPr>
          <w:p w14:paraId="350BB136" w14:textId="77777777" w:rsidR="005970D7" w:rsidRPr="002C14E1" w:rsidRDefault="005970D7">
            <w:pPr>
              <w:spacing w:after="40"/>
              <w:rPr>
                <w:rFonts w:ascii="Aspira" w:hAnsi="Aspira"/>
              </w:rPr>
            </w:pPr>
          </w:p>
          <w:p w14:paraId="1C9A3DB6"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728D1641" w14:textId="77777777" w:rsidTr="002C14E1">
        <w:trPr>
          <w:cantSplit/>
          <w:jc w:val="center"/>
        </w:trPr>
        <w:tc>
          <w:tcPr>
            <w:tcW w:w="2885" w:type="dxa"/>
            <w:shd w:val="clear" w:color="auto" w:fill="E8F0F1"/>
            <w:tcMar>
              <w:top w:w="120" w:type="dxa"/>
              <w:left w:w="120" w:type="dxa"/>
              <w:bottom w:w="120" w:type="dxa"/>
              <w:right w:w="120" w:type="dxa"/>
            </w:tcMar>
            <w:vAlign w:val="center"/>
          </w:tcPr>
          <w:p w14:paraId="3E96D4D5" w14:textId="77777777" w:rsidR="005970D7" w:rsidRPr="002C14E1" w:rsidRDefault="007802B5">
            <w:pPr>
              <w:spacing w:after="40"/>
              <w:rPr>
                <w:rFonts w:ascii="Aspira" w:hAnsi="Aspira"/>
              </w:rPr>
            </w:pPr>
            <w:r w:rsidRPr="002C14E1">
              <w:rPr>
                <w:rFonts w:ascii="Aspira" w:hAnsi="Aspira"/>
                <w:b/>
                <w:color w:val="1F4E5F"/>
                <w:sz w:val="18"/>
              </w:rPr>
              <w:t>Job title</w:t>
            </w:r>
          </w:p>
        </w:tc>
        <w:tc>
          <w:tcPr>
            <w:tcW w:w="6912" w:type="dxa"/>
            <w:tcMar>
              <w:top w:w="150" w:type="dxa"/>
              <w:left w:w="120" w:type="dxa"/>
              <w:bottom w:w="150" w:type="dxa"/>
              <w:right w:w="120" w:type="dxa"/>
            </w:tcMar>
            <w:vAlign w:val="center"/>
          </w:tcPr>
          <w:p w14:paraId="3B6FB9DC" w14:textId="77777777" w:rsidR="005970D7" w:rsidRPr="002C14E1" w:rsidRDefault="005970D7">
            <w:pPr>
              <w:spacing w:after="40"/>
              <w:rPr>
                <w:rFonts w:ascii="Aspira" w:hAnsi="Aspira"/>
              </w:rPr>
            </w:pPr>
          </w:p>
          <w:p w14:paraId="4839F587"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55FBB8F1" w14:textId="77777777" w:rsidTr="002C14E1">
        <w:trPr>
          <w:cantSplit/>
          <w:jc w:val="center"/>
        </w:trPr>
        <w:tc>
          <w:tcPr>
            <w:tcW w:w="2885" w:type="dxa"/>
            <w:shd w:val="clear" w:color="auto" w:fill="E8F0F1"/>
            <w:tcMar>
              <w:top w:w="120" w:type="dxa"/>
              <w:left w:w="120" w:type="dxa"/>
              <w:bottom w:w="120" w:type="dxa"/>
              <w:right w:w="120" w:type="dxa"/>
            </w:tcMar>
            <w:vAlign w:val="center"/>
          </w:tcPr>
          <w:p w14:paraId="299BB021" w14:textId="77777777" w:rsidR="005970D7" w:rsidRPr="002C14E1" w:rsidRDefault="007802B5">
            <w:pPr>
              <w:spacing w:after="40"/>
              <w:rPr>
                <w:rFonts w:ascii="Aspira" w:hAnsi="Aspira"/>
              </w:rPr>
            </w:pPr>
            <w:r w:rsidRPr="002C14E1">
              <w:rPr>
                <w:rFonts w:ascii="Aspira" w:hAnsi="Aspira"/>
                <w:b/>
                <w:color w:val="1F4E5F"/>
                <w:sz w:val="18"/>
              </w:rPr>
              <w:t>Dates (month/year)</w:t>
            </w:r>
          </w:p>
        </w:tc>
        <w:tc>
          <w:tcPr>
            <w:tcW w:w="6912" w:type="dxa"/>
            <w:tcMar>
              <w:top w:w="150" w:type="dxa"/>
              <w:left w:w="120" w:type="dxa"/>
              <w:bottom w:w="150" w:type="dxa"/>
              <w:right w:w="120" w:type="dxa"/>
            </w:tcMar>
            <w:vAlign w:val="center"/>
          </w:tcPr>
          <w:p w14:paraId="54C0A6D9" w14:textId="77777777" w:rsidR="005970D7" w:rsidRPr="002C14E1" w:rsidRDefault="005970D7">
            <w:pPr>
              <w:spacing w:after="40"/>
              <w:rPr>
                <w:rFonts w:ascii="Aspira" w:hAnsi="Aspira"/>
              </w:rPr>
            </w:pPr>
          </w:p>
          <w:p w14:paraId="7DCDA9E5"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1331B6B3" w14:textId="77777777" w:rsidTr="002C14E1">
        <w:trPr>
          <w:cantSplit/>
          <w:jc w:val="center"/>
        </w:trPr>
        <w:tc>
          <w:tcPr>
            <w:tcW w:w="2885" w:type="dxa"/>
            <w:shd w:val="clear" w:color="auto" w:fill="E8F0F1"/>
            <w:tcMar>
              <w:top w:w="120" w:type="dxa"/>
              <w:left w:w="120" w:type="dxa"/>
              <w:bottom w:w="120" w:type="dxa"/>
              <w:right w:w="120" w:type="dxa"/>
            </w:tcMar>
            <w:vAlign w:val="center"/>
          </w:tcPr>
          <w:p w14:paraId="34F2CE0B" w14:textId="77777777" w:rsidR="005970D7" w:rsidRPr="002C14E1" w:rsidRDefault="007802B5">
            <w:pPr>
              <w:spacing w:after="40"/>
              <w:rPr>
                <w:rFonts w:ascii="Aspira" w:hAnsi="Aspira"/>
              </w:rPr>
            </w:pPr>
            <w:r w:rsidRPr="002C14E1">
              <w:rPr>
                <w:rFonts w:ascii="Aspira" w:hAnsi="Aspira"/>
                <w:b/>
                <w:color w:val="1F4E5F"/>
                <w:sz w:val="18"/>
              </w:rPr>
              <w:t>Scope of role and principal achievements (maximum 180 words)</w:t>
            </w:r>
          </w:p>
        </w:tc>
        <w:tc>
          <w:tcPr>
            <w:tcW w:w="6912" w:type="dxa"/>
            <w:tcMar>
              <w:top w:w="150" w:type="dxa"/>
              <w:left w:w="120" w:type="dxa"/>
              <w:bottom w:w="150" w:type="dxa"/>
              <w:right w:w="120" w:type="dxa"/>
            </w:tcMar>
            <w:vAlign w:val="center"/>
          </w:tcPr>
          <w:p w14:paraId="61D74353" w14:textId="77777777" w:rsidR="005970D7" w:rsidRPr="002C14E1" w:rsidRDefault="005970D7">
            <w:pPr>
              <w:spacing w:after="40"/>
              <w:rPr>
                <w:rFonts w:ascii="Aspira" w:hAnsi="Aspira"/>
              </w:rPr>
            </w:pPr>
          </w:p>
          <w:p w14:paraId="1A3EC45C" w14:textId="77777777" w:rsidR="005970D7" w:rsidRPr="002C14E1" w:rsidRDefault="007802B5">
            <w:pPr>
              <w:spacing w:after="40"/>
              <w:rPr>
                <w:rFonts w:ascii="Aspira" w:hAnsi="Aspira"/>
              </w:rPr>
            </w:pPr>
            <w:r w:rsidRPr="002C14E1">
              <w:rPr>
                <w:rFonts w:ascii="Aspira" w:hAnsi="Aspira"/>
                <w:sz w:val="18"/>
              </w:rPr>
              <w:t xml:space="preserve"> </w:t>
            </w:r>
          </w:p>
          <w:p w14:paraId="74FFC4E7" w14:textId="77777777" w:rsidR="005970D7" w:rsidRPr="002C14E1" w:rsidRDefault="007802B5">
            <w:pPr>
              <w:spacing w:after="40"/>
              <w:rPr>
                <w:rFonts w:ascii="Aspira" w:hAnsi="Aspira"/>
              </w:rPr>
            </w:pP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p>
        </w:tc>
      </w:tr>
    </w:tbl>
    <w:p w14:paraId="753AB057" w14:textId="77777777" w:rsidR="005970D7" w:rsidRPr="002C14E1" w:rsidRDefault="007802B5">
      <w:pPr>
        <w:spacing w:before="80"/>
        <w:rPr>
          <w:rFonts w:ascii="Aspira" w:hAnsi="Aspira"/>
        </w:rPr>
      </w:pPr>
      <w:r w:rsidRPr="002C14E1">
        <w:rPr>
          <w:rFonts w:ascii="Aspira" w:hAnsi="Aspira"/>
          <w:b/>
          <w:color w:val="2F6F73"/>
          <w:sz w:val="21"/>
        </w:rPr>
        <w:t>Position 2</w:t>
      </w:r>
    </w:p>
    <w:tbl>
      <w:tblPr>
        <w:tblStyle w:val="TableGrid"/>
        <w:tblW w:w="0" w:type="auto"/>
        <w:jc w:val="center"/>
        <w:tblLayout w:type="fixed"/>
        <w:tblLook w:val="04A0" w:firstRow="1" w:lastRow="0" w:firstColumn="1" w:lastColumn="0" w:noHBand="0" w:noVBand="1"/>
      </w:tblPr>
      <w:tblGrid>
        <w:gridCol w:w="2890"/>
        <w:gridCol w:w="6912"/>
      </w:tblGrid>
      <w:tr w:rsidR="005970D7" w:rsidRPr="002C14E1" w14:paraId="6D496F77" w14:textId="77777777" w:rsidTr="002C14E1">
        <w:trPr>
          <w:cantSplit/>
          <w:jc w:val="center"/>
        </w:trPr>
        <w:tc>
          <w:tcPr>
            <w:tcW w:w="2890" w:type="dxa"/>
            <w:shd w:val="clear" w:color="auto" w:fill="E8F0F1"/>
            <w:tcMar>
              <w:top w:w="120" w:type="dxa"/>
              <w:left w:w="120" w:type="dxa"/>
              <w:bottom w:w="120" w:type="dxa"/>
              <w:right w:w="120" w:type="dxa"/>
            </w:tcMar>
            <w:vAlign w:val="center"/>
          </w:tcPr>
          <w:p w14:paraId="678BE619" w14:textId="77777777" w:rsidR="005970D7" w:rsidRPr="002C14E1" w:rsidRDefault="007802B5">
            <w:pPr>
              <w:spacing w:after="40"/>
              <w:rPr>
                <w:rFonts w:ascii="Aspira" w:hAnsi="Aspira"/>
              </w:rPr>
            </w:pPr>
            <w:r w:rsidRPr="002C14E1">
              <w:rPr>
                <w:rFonts w:ascii="Aspira" w:hAnsi="Aspira"/>
                <w:b/>
                <w:color w:val="1F4E5F"/>
                <w:sz w:val="18"/>
              </w:rPr>
              <w:t>Employer and sector</w:t>
            </w:r>
          </w:p>
        </w:tc>
        <w:tc>
          <w:tcPr>
            <w:tcW w:w="6912" w:type="dxa"/>
            <w:tcMar>
              <w:top w:w="150" w:type="dxa"/>
              <w:left w:w="120" w:type="dxa"/>
              <w:bottom w:w="150" w:type="dxa"/>
              <w:right w:w="120" w:type="dxa"/>
            </w:tcMar>
            <w:vAlign w:val="center"/>
          </w:tcPr>
          <w:p w14:paraId="7D074DE1" w14:textId="77777777" w:rsidR="005970D7" w:rsidRPr="002C14E1" w:rsidRDefault="005970D7">
            <w:pPr>
              <w:spacing w:after="40"/>
              <w:rPr>
                <w:rFonts w:ascii="Aspira" w:hAnsi="Aspira"/>
              </w:rPr>
            </w:pPr>
          </w:p>
          <w:p w14:paraId="1C43BA29"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65B66821" w14:textId="77777777" w:rsidTr="002C14E1">
        <w:trPr>
          <w:cantSplit/>
          <w:jc w:val="center"/>
        </w:trPr>
        <w:tc>
          <w:tcPr>
            <w:tcW w:w="2890" w:type="dxa"/>
            <w:shd w:val="clear" w:color="auto" w:fill="E8F0F1"/>
            <w:tcMar>
              <w:top w:w="120" w:type="dxa"/>
              <w:left w:w="120" w:type="dxa"/>
              <w:bottom w:w="120" w:type="dxa"/>
              <w:right w:w="120" w:type="dxa"/>
            </w:tcMar>
            <w:vAlign w:val="center"/>
          </w:tcPr>
          <w:p w14:paraId="35460764" w14:textId="77777777" w:rsidR="005970D7" w:rsidRPr="002C14E1" w:rsidRDefault="007802B5">
            <w:pPr>
              <w:spacing w:after="40"/>
              <w:rPr>
                <w:rFonts w:ascii="Aspira" w:hAnsi="Aspira"/>
              </w:rPr>
            </w:pPr>
            <w:r w:rsidRPr="002C14E1">
              <w:rPr>
                <w:rFonts w:ascii="Aspira" w:hAnsi="Aspira"/>
                <w:b/>
                <w:color w:val="1F4E5F"/>
                <w:sz w:val="18"/>
              </w:rPr>
              <w:t>Job title</w:t>
            </w:r>
          </w:p>
        </w:tc>
        <w:tc>
          <w:tcPr>
            <w:tcW w:w="6912" w:type="dxa"/>
            <w:tcMar>
              <w:top w:w="150" w:type="dxa"/>
              <w:left w:w="120" w:type="dxa"/>
              <w:bottom w:w="150" w:type="dxa"/>
              <w:right w:w="120" w:type="dxa"/>
            </w:tcMar>
            <w:vAlign w:val="center"/>
          </w:tcPr>
          <w:p w14:paraId="5A96552D" w14:textId="77777777" w:rsidR="005970D7" w:rsidRPr="002C14E1" w:rsidRDefault="005970D7">
            <w:pPr>
              <w:spacing w:after="40"/>
              <w:rPr>
                <w:rFonts w:ascii="Aspira" w:hAnsi="Aspira"/>
              </w:rPr>
            </w:pPr>
          </w:p>
          <w:p w14:paraId="544E94FC"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05D45CBC" w14:textId="77777777" w:rsidTr="002C14E1">
        <w:trPr>
          <w:cantSplit/>
          <w:jc w:val="center"/>
        </w:trPr>
        <w:tc>
          <w:tcPr>
            <w:tcW w:w="2890" w:type="dxa"/>
            <w:shd w:val="clear" w:color="auto" w:fill="E8F0F1"/>
            <w:tcMar>
              <w:top w:w="120" w:type="dxa"/>
              <w:left w:w="120" w:type="dxa"/>
              <w:bottom w:w="120" w:type="dxa"/>
              <w:right w:w="120" w:type="dxa"/>
            </w:tcMar>
            <w:vAlign w:val="center"/>
          </w:tcPr>
          <w:p w14:paraId="21C59900" w14:textId="77777777" w:rsidR="005970D7" w:rsidRPr="002C14E1" w:rsidRDefault="007802B5">
            <w:pPr>
              <w:spacing w:after="40"/>
              <w:rPr>
                <w:rFonts w:ascii="Aspira" w:hAnsi="Aspira"/>
              </w:rPr>
            </w:pPr>
            <w:r w:rsidRPr="002C14E1">
              <w:rPr>
                <w:rFonts w:ascii="Aspira" w:hAnsi="Aspira"/>
                <w:b/>
                <w:color w:val="1F4E5F"/>
                <w:sz w:val="18"/>
              </w:rPr>
              <w:lastRenderedPageBreak/>
              <w:t>Dates (month/year)</w:t>
            </w:r>
          </w:p>
        </w:tc>
        <w:tc>
          <w:tcPr>
            <w:tcW w:w="6912" w:type="dxa"/>
            <w:tcMar>
              <w:top w:w="150" w:type="dxa"/>
              <w:left w:w="120" w:type="dxa"/>
              <w:bottom w:w="150" w:type="dxa"/>
              <w:right w:w="120" w:type="dxa"/>
            </w:tcMar>
            <w:vAlign w:val="center"/>
          </w:tcPr>
          <w:p w14:paraId="348B54C4" w14:textId="77777777" w:rsidR="005970D7" w:rsidRPr="002C14E1" w:rsidRDefault="005970D7">
            <w:pPr>
              <w:spacing w:after="40"/>
              <w:rPr>
                <w:rFonts w:ascii="Aspira" w:hAnsi="Aspira"/>
              </w:rPr>
            </w:pPr>
          </w:p>
          <w:p w14:paraId="603FACC8"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01C58CCF" w14:textId="77777777" w:rsidTr="002C14E1">
        <w:trPr>
          <w:cantSplit/>
          <w:jc w:val="center"/>
        </w:trPr>
        <w:tc>
          <w:tcPr>
            <w:tcW w:w="2890" w:type="dxa"/>
            <w:shd w:val="clear" w:color="auto" w:fill="E8F0F1"/>
            <w:tcMar>
              <w:top w:w="120" w:type="dxa"/>
              <w:left w:w="120" w:type="dxa"/>
              <w:bottom w:w="120" w:type="dxa"/>
              <w:right w:w="120" w:type="dxa"/>
            </w:tcMar>
            <w:vAlign w:val="center"/>
          </w:tcPr>
          <w:p w14:paraId="3EF6573D" w14:textId="77777777" w:rsidR="005970D7" w:rsidRPr="002C14E1" w:rsidRDefault="007802B5">
            <w:pPr>
              <w:spacing w:after="40"/>
              <w:rPr>
                <w:rFonts w:ascii="Aspira" w:hAnsi="Aspira"/>
              </w:rPr>
            </w:pPr>
            <w:r w:rsidRPr="002C14E1">
              <w:rPr>
                <w:rFonts w:ascii="Aspira" w:hAnsi="Aspira"/>
                <w:b/>
                <w:color w:val="1F4E5F"/>
                <w:sz w:val="18"/>
              </w:rPr>
              <w:t>Scope of role and principal achievements (maximum 180 words)</w:t>
            </w:r>
          </w:p>
        </w:tc>
        <w:tc>
          <w:tcPr>
            <w:tcW w:w="6912" w:type="dxa"/>
            <w:tcMar>
              <w:top w:w="150" w:type="dxa"/>
              <w:left w:w="120" w:type="dxa"/>
              <w:bottom w:w="150" w:type="dxa"/>
              <w:right w:w="120" w:type="dxa"/>
            </w:tcMar>
            <w:vAlign w:val="center"/>
          </w:tcPr>
          <w:p w14:paraId="0B7D88D1" w14:textId="77777777" w:rsidR="005970D7" w:rsidRPr="002C14E1" w:rsidRDefault="005970D7">
            <w:pPr>
              <w:spacing w:after="40"/>
              <w:rPr>
                <w:rFonts w:ascii="Aspira" w:hAnsi="Aspira"/>
              </w:rPr>
            </w:pPr>
          </w:p>
          <w:p w14:paraId="69F6829B" w14:textId="77777777" w:rsidR="005970D7" w:rsidRPr="002C14E1" w:rsidRDefault="007802B5">
            <w:pPr>
              <w:spacing w:after="40"/>
              <w:rPr>
                <w:rFonts w:ascii="Aspira" w:hAnsi="Aspira"/>
              </w:rPr>
            </w:pPr>
            <w:r w:rsidRPr="002C14E1">
              <w:rPr>
                <w:rFonts w:ascii="Aspira" w:hAnsi="Aspira"/>
                <w:sz w:val="18"/>
              </w:rPr>
              <w:t xml:space="preserve"> </w:t>
            </w:r>
          </w:p>
          <w:p w14:paraId="30FD557E" w14:textId="77777777" w:rsidR="005970D7" w:rsidRPr="002C14E1" w:rsidRDefault="007802B5">
            <w:pPr>
              <w:spacing w:after="40"/>
              <w:rPr>
                <w:rFonts w:ascii="Aspira" w:hAnsi="Aspira"/>
              </w:rPr>
            </w:pP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p>
        </w:tc>
      </w:tr>
    </w:tbl>
    <w:p w14:paraId="6CE1A2AD" w14:textId="77777777" w:rsidR="00750201" w:rsidRDefault="00750201" w:rsidP="005E0DB6">
      <w:pPr>
        <w:rPr>
          <w:rFonts w:ascii="Aspira" w:hAnsi="Aspira"/>
          <w:b/>
          <w:color w:val="2F6F73"/>
          <w:sz w:val="21"/>
        </w:rPr>
      </w:pPr>
    </w:p>
    <w:p w14:paraId="022F159B" w14:textId="7B2C4861" w:rsidR="005970D7" w:rsidRPr="002C14E1" w:rsidRDefault="007802B5" w:rsidP="005E0DB6">
      <w:pPr>
        <w:rPr>
          <w:rFonts w:ascii="Aspira" w:hAnsi="Aspira"/>
        </w:rPr>
      </w:pPr>
      <w:r w:rsidRPr="002C14E1">
        <w:rPr>
          <w:rFonts w:ascii="Aspira" w:hAnsi="Aspira"/>
          <w:b/>
          <w:color w:val="2F6F73"/>
          <w:sz w:val="21"/>
        </w:rPr>
        <w:t>Position 3</w:t>
      </w:r>
    </w:p>
    <w:tbl>
      <w:tblPr>
        <w:tblStyle w:val="TableGrid"/>
        <w:tblW w:w="0" w:type="auto"/>
        <w:jc w:val="center"/>
        <w:tblLayout w:type="fixed"/>
        <w:tblLook w:val="04A0" w:firstRow="1" w:lastRow="0" w:firstColumn="1" w:lastColumn="0" w:noHBand="0" w:noVBand="1"/>
      </w:tblPr>
      <w:tblGrid>
        <w:gridCol w:w="2885"/>
        <w:gridCol w:w="6912"/>
      </w:tblGrid>
      <w:tr w:rsidR="005970D7" w:rsidRPr="002C14E1" w14:paraId="1BE43C30" w14:textId="77777777" w:rsidTr="002C14E1">
        <w:trPr>
          <w:cantSplit/>
          <w:jc w:val="center"/>
        </w:trPr>
        <w:tc>
          <w:tcPr>
            <w:tcW w:w="2885" w:type="dxa"/>
            <w:shd w:val="clear" w:color="auto" w:fill="E8F0F1"/>
            <w:tcMar>
              <w:top w:w="120" w:type="dxa"/>
              <w:left w:w="120" w:type="dxa"/>
              <w:bottom w:w="120" w:type="dxa"/>
              <w:right w:w="120" w:type="dxa"/>
            </w:tcMar>
            <w:vAlign w:val="center"/>
          </w:tcPr>
          <w:p w14:paraId="635C911B" w14:textId="77777777" w:rsidR="005970D7" w:rsidRPr="002C14E1" w:rsidRDefault="007802B5">
            <w:pPr>
              <w:spacing w:after="40"/>
              <w:rPr>
                <w:rFonts w:ascii="Aspira" w:hAnsi="Aspira"/>
              </w:rPr>
            </w:pPr>
            <w:r w:rsidRPr="002C14E1">
              <w:rPr>
                <w:rFonts w:ascii="Aspira" w:hAnsi="Aspira"/>
                <w:b/>
                <w:color w:val="1F4E5F"/>
                <w:sz w:val="18"/>
              </w:rPr>
              <w:t>Employer and sector</w:t>
            </w:r>
          </w:p>
        </w:tc>
        <w:tc>
          <w:tcPr>
            <w:tcW w:w="6912" w:type="dxa"/>
            <w:tcMar>
              <w:top w:w="150" w:type="dxa"/>
              <w:left w:w="120" w:type="dxa"/>
              <w:bottom w:w="150" w:type="dxa"/>
              <w:right w:w="120" w:type="dxa"/>
            </w:tcMar>
            <w:vAlign w:val="center"/>
          </w:tcPr>
          <w:p w14:paraId="7137A2AF" w14:textId="77777777" w:rsidR="005970D7" w:rsidRPr="002C14E1" w:rsidRDefault="005970D7">
            <w:pPr>
              <w:spacing w:after="40"/>
              <w:rPr>
                <w:rFonts w:ascii="Aspira" w:hAnsi="Aspira"/>
              </w:rPr>
            </w:pPr>
          </w:p>
          <w:p w14:paraId="7E68F74D"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198D3F5D" w14:textId="77777777" w:rsidTr="002C14E1">
        <w:trPr>
          <w:cantSplit/>
          <w:jc w:val="center"/>
        </w:trPr>
        <w:tc>
          <w:tcPr>
            <w:tcW w:w="2885" w:type="dxa"/>
            <w:shd w:val="clear" w:color="auto" w:fill="E8F0F1"/>
            <w:tcMar>
              <w:top w:w="120" w:type="dxa"/>
              <w:left w:w="120" w:type="dxa"/>
              <w:bottom w:w="120" w:type="dxa"/>
              <w:right w:w="120" w:type="dxa"/>
            </w:tcMar>
            <w:vAlign w:val="center"/>
          </w:tcPr>
          <w:p w14:paraId="1DE5B09E" w14:textId="77777777" w:rsidR="005970D7" w:rsidRPr="002C14E1" w:rsidRDefault="007802B5">
            <w:pPr>
              <w:spacing w:after="40"/>
              <w:rPr>
                <w:rFonts w:ascii="Aspira" w:hAnsi="Aspira"/>
              </w:rPr>
            </w:pPr>
            <w:r w:rsidRPr="002C14E1">
              <w:rPr>
                <w:rFonts w:ascii="Aspira" w:hAnsi="Aspira"/>
                <w:b/>
                <w:color w:val="1F4E5F"/>
                <w:sz w:val="18"/>
              </w:rPr>
              <w:t>Job title</w:t>
            </w:r>
          </w:p>
        </w:tc>
        <w:tc>
          <w:tcPr>
            <w:tcW w:w="6912" w:type="dxa"/>
            <w:tcMar>
              <w:top w:w="150" w:type="dxa"/>
              <w:left w:w="120" w:type="dxa"/>
              <w:bottom w:w="150" w:type="dxa"/>
              <w:right w:w="120" w:type="dxa"/>
            </w:tcMar>
            <w:vAlign w:val="center"/>
          </w:tcPr>
          <w:p w14:paraId="0FB55333" w14:textId="77777777" w:rsidR="005970D7" w:rsidRPr="002C14E1" w:rsidRDefault="005970D7">
            <w:pPr>
              <w:spacing w:after="40"/>
              <w:rPr>
                <w:rFonts w:ascii="Aspira" w:hAnsi="Aspira"/>
              </w:rPr>
            </w:pPr>
          </w:p>
          <w:p w14:paraId="3A458F0A"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722132E8" w14:textId="77777777" w:rsidTr="002C14E1">
        <w:trPr>
          <w:cantSplit/>
          <w:jc w:val="center"/>
        </w:trPr>
        <w:tc>
          <w:tcPr>
            <w:tcW w:w="2885" w:type="dxa"/>
            <w:shd w:val="clear" w:color="auto" w:fill="E8F0F1"/>
            <w:tcMar>
              <w:top w:w="120" w:type="dxa"/>
              <w:left w:w="120" w:type="dxa"/>
              <w:bottom w:w="120" w:type="dxa"/>
              <w:right w:w="120" w:type="dxa"/>
            </w:tcMar>
            <w:vAlign w:val="center"/>
          </w:tcPr>
          <w:p w14:paraId="5AC48642" w14:textId="77777777" w:rsidR="005970D7" w:rsidRPr="002C14E1" w:rsidRDefault="007802B5">
            <w:pPr>
              <w:spacing w:after="40"/>
              <w:rPr>
                <w:rFonts w:ascii="Aspira" w:hAnsi="Aspira"/>
              </w:rPr>
            </w:pPr>
            <w:r w:rsidRPr="002C14E1">
              <w:rPr>
                <w:rFonts w:ascii="Aspira" w:hAnsi="Aspira"/>
                <w:b/>
                <w:color w:val="1F4E5F"/>
                <w:sz w:val="18"/>
              </w:rPr>
              <w:t>Dates (month/year)</w:t>
            </w:r>
          </w:p>
        </w:tc>
        <w:tc>
          <w:tcPr>
            <w:tcW w:w="6912" w:type="dxa"/>
            <w:tcMar>
              <w:top w:w="150" w:type="dxa"/>
              <w:left w:w="120" w:type="dxa"/>
              <w:bottom w:w="150" w:type="dxa"/>
              <w:right w:w="120" w:type="dxa"/>
            </w:tcMar>
            <w:vAlign w:val="center"/>
          </w:tcPr>
          <w:p w14:paraId="405F8A03" w14:textId="77777777" w:rsidR="005970D7" w:rsidRPr="002C14E1" w:rsidRDefault="005970D7">
            <w:pPr>
              <w:spacing w:after="40"/>
              <w:rPr>
                <w:rFonts w:ascii="Aspira" w:hAnsi="Aspira"/>
              </w:rPr>
            </w:pPr>
          </w:p>
          <w:p w14:paraId="2C3E6E7B"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10CC5687" w14:textId="77777777" w:rsidTr="002C14E1">
        <w:trPr>
          <w:cantSplit/>
          <w:jc w:val="center"/>
        </w:trPr>
        <w:tc>
          <w:tcPr>
            <w:tcW w:w="2885" w:type="dxa"/>
            <w:shd w:val="clear" w:color="auto" w:fill="E8F0F1"/>
            <w:tcMar>
              <w:top w:w="120" w:type="dxa"/>
              <w:left w:w="120" w:type="dxa"/>
              <w:bottom w:w="120" w:type="dxa"/>
              <w:right w:w="120" w:type="dxa"/>
            </w:tcMar>
            <w:vAlign w:val="center"/>
          </w:tcPr>
          <w:p w14:paraId="7EAAE065" w14:textId="77777777" w:rsidR="005970D7" w:rsidRPr="002C14E1" w:rsidRDefault="007802B5">
            <w:pPr>
              <w:spacing w:after="40"/>
              <w:rPr>
                <w:rFonts w:ascii="Aspira" w:hAnsi="Aspira"/>
              </w:rPr>
            </w:pPr>
            <w:r w:rsidRPr="002C14E1">
              <w:rPr>
                <w:rFonts w:ascii="Aspira" w:hAnsi="Aspira"/>
                <w:b/>
                <w:color w:val="1F4E5F"/>
                <w:sz w:val="18"/>
              </w:rPr>
              <w:t>Scope of role and principal achievements (maximum 180 words)</w:t>
            </w:r>
          </w:p>
        </w:tc>
        <w:tc>
          <w:tcPr>
            <w:tcW w:w="6912" w:type="dxa"/>
            <w:tcMar>
              <w:top w:w="150" w:type="dxa"/>
              <w:left w:w="120" w:type="dxa"/>
              <w:bottom w:w="150" w:type="dxa"/>
              <w:right w:w="120" w:type="dxa"/>
            </w:tcMar>
            <w:vAlign w:val="center"/>
          </w:tcPr>
          <w:p w14:paraId="7C6F751B" w14:textId="77777777" w:rsidR="005970D7" w:rsidRPr="002C14E1" w:rsidRDefault="005970D7">
            <w:pPr>
              <w:spacing w:after="40"/>
              <w:rPr>
                <w:rFonts w:ascii="Aspira" w:hAnsi="Aspira"/>
              </w:rPr>
            </w:pPr>
          </w:p>
          <w:p w14:paraId="5AEC74BC" w14:textId="77777777" w:rsidR="005970D7" w:rsidRPr="002C14E1" w:rsidRDefault="007802B5">
            <w:pPr>
              <w:spacing w:after="40"/>
              <w:rPr>
                <w:rFonts w:ascii="Aspira" w:hAnsi="Aspira"/>
              </w:rPr>
            </w:pPr>
            <w:r w:rsidRPr="002C14E1">
              <w:rPr>
                <w:rFonts w:ascii="Aspira" w:hAnsi="Aspira"/>
                <w:sz w:val="18"/>
              </w:rPr>
              <w:t xml:space="preserve"> </w:t>
            </w:r>
          </w:p>
          <w:p w14:paraId="3C4727BD" w14:textId="77777777" w:rsidR="005970D7" w:rsidRPr="002C14E1" w:rsidRDefault="007802B5">
            <w:pPr>
              <w:spacing w:after="40"/>
              <w:rPr>
                <w:rFonts w:ascii="Aspira" w:hAnsi="Aspira"/>
              </w:rPr>
            </w:pP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p>
        </w:tc>
      </w:tr>
    </w:tbl>
    <w:p w14:paraId="0A203CDB" w14:textId="77777777" w:rsidR="005970D7" w:rsidRPr="002C14E1" w:rsidRDefault="007802B5">
      <w:pPr>
        <w:spacing w:before="80"/>
        <w:rPr>
          <w:rFonts w:ascii="Aspira" w:hAnsi="Aspira"/>
        </w:rPr>
      </w:pPr>
      <w:r w:rsidRPr="002C14E1">
        <w:rPr>
          <w:rFonts w:ascii="Aspira" w:hAnsi="Aspira"/>
          <w:b/>
          <w:color w:val="2F6F73"/>
          <w:sz w:val="21"/>
        </w:rPr>
        <w:t>Position 4</w:t>
      </w:r>
    </w:p>
    <w:tbl>
      <w:tblPr>
        <w:tblStyle w:val="TableGrid"/>
        <w:tblW w:w="0" w:type="auto"/>
        <w:jc w:val="center"/>
        <w:tblLayout w:type="fixed"/>
        <w:tblLook w:val="04A0" w:firstRow="1" w:lastRow="0" w:firstColumn="1" w:lastColumn="0" w:noHBand="0" w:noVBand="1"/>
      </w:tblPr>
      <w:tblGrid>
        <w:gridCol w:w="3062"/>
        <w:gridCol w:w="6882"/>
        <w:gridCol w:w="30"/>
      </w:tblGrid>
      <w:tr w:rsidR="005970D7" w:rsidRPr="002C14E1" w14:paraId="469990B9" w14:textId="77777777" w:rsidTr="005E0DB6">
        <w:trPr>
          <w:cantSplit/>
          <w:jc w:val="center"/>
        </w:trPr>
        <w:tc>
          <w:tcPr>
            <w:tcW w:w="3062" w:type="dxa"/>
            <w:shd w:val="clear" w:color="auto" w:fill="E8F0F1"/>
            <w:tcMar>
              <w:top w:w="120" w:type="dxa"/>
              <w:left w:w="120" w:type="dxa"/>
              <w:bottom w:w="120" w:type="dxa"/>
              <w:right w:w="120" w:type="dxa"/>
            </w:tcMar>
            <w:vAlign w:val="center"/>
          </w:tcPr>
          <w:p w14:paraId="11CB5FCC" w14:textId="77777777" w:rsidR="005970D7" w:rsidRPr="002C14E1" w:rsidRDefault="007802B5">
            <w:pPr>
              <w:spacing w:after="40"/>
              <w:rPr>
                <w:rFonts w:ascii="Aspira" w:hAnsi="Aspira"/>
              </w:rPr>
            </w:pPr>
            <w:r w:rsidRPr="002C14E1">
              <w:rPr>
                <w:rFonts w:ascii="Aspira" w:hAnsi="Aspira"/>
                <w:b/>
                <w:color w:val="1F4E5F"/>
                <w:sz w:val="18"/>
              </w:rPr>
              <w:t>Employer and sector</w:t>
            </w:r>
          </w:p>
        </w:tc>
        <w:tc>
          <w:tcPr>
            <w:tcW w:w="6912" w:type="dxa"/>
            <w:gridSpan w:val="2"/>
            <w:tcMar>
              <w:top w:w="150" w:type="dxa"/>
              <w:left w:w="120" w:type="dxa"/>
              <w:bottom w:w="150" w:type="dxa"/>
              <w:right w:w="120" w:type="dxa"/>
            </w:tcMar>
            <w:vAlign w:val="center"/>
          </w:tcPr>
          <w:p w14:paraId="4226DE77" w14:textId="77777777" w:rsidR="005970D7" w:rsidRPr="002C14E1" w:rsidRDefault="005970D7">
            <w:pPr>
              <w:spacing w:after="40"/>
              <w:rPr>
                <w:rFonts w:ascii="Aspira" w:hAnsi="Aspira"/>
              </w:rPr>
            </w:pPr>
          </w:p>
          <w:p w14:paraId="68314E66"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462FABFF" w14:textId="77777777" w:rsidTr="005E0DB6">
        <w:trPr>
          <w:cantSplit/>
          <w:jc w:val="center"/>
        </w:trPr>
        <w:tc>
          <w:tcPr>
            <w:tcW w:w="3062" w:type="dxa"/>
            <w:shd w:val="clear" w:color="auto" w:fill="E8F0F1"/>
            <w:tcMar>
              <w:top w:w="120" w:type="dxa"/>
              <w:left w:w="120" w:type="dxa"/>
              <w:bottom w:w="120" w:type="dxa"/>
              <w:right w:w="120" w:type="dxa"/>
            </w:tcMar>
            <w:vAlign w:val="center"/>
          </w:tcPr>
          <w:p w14:paraId="0C51D1BE" w14:textId="77777777" w:rsidR="005970D7" w:rsidRPr="002C14E1" w:rsidRDefault="007802B5">
            <w:pPr>
              <w:spacing w:after="40"/>
              <w:rPr>
                <w:rFonts w:ascii="Aspira" w:hAnsi="Aspira"/>
              </w:rPr>
            </w:pPr>
            <w:r w:rsidRPr="002C14E1">
              <w:rPr>
                <w:rFonts w:ascii="Aspira" w:hAnsi="Aspira"/>
                <w:b/>
                <w:color w:val="1F4E5F"/>
                <w:sz w:val="18"/>
              </w:rPr>
              <w:t>Job title</w:t>
            </w:r>
          </w:p>
        </w:tc>
        <w:tc>
          <w:tcPr>
            <w:tcW w:w="6912" w:type="dxa"/>
            <w:gridSpan w:val="2"/>
            <w:tcMar>
              <w:top w:w="150" w:type="dxa"/>
              <w:left w:w="120" w:type="dxa"/>
              <w:bottom w:w="150" w:type="dxa"/>
              <w:right w:w="120" w:type="dxa"/>
            </w:tcMar>
            <w:vAlign w:val="center"/>
          </w:tcPr>
          <w:p w14:paraId="39E812E8" w14:textId="77777777" w:rsidR="005970D7" w:rsidRPr="002C14E1" w:rsidRDefault="005970D7">
            <w:pPr>
              <w:spacing w:after="40"/>
              <w:rPr>
                <w:rFonts w:ascii="Aspira" w:hAnsi="Aspira"/>
              </w:rPr>
            </w:pPr>
          </w:p>
          <w:p w14:paraId="172A208E"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5893784D" w14:textId="77777777" w:rsidTr="005E0DB6">
        <w:trPr>
          <w:cantSplit/>
          <w:jc w:val="center"/>
        </w:trPr>
        <w:tc>
          <w:tcPr>
            <w:tcW w:w="3062" w:type="dxa"/>
            <w:shd w:val="clear" w:color="auto" w:fill="E8F0F1"/>
            <w:tcMar>
              <w:top w:w="120" w:type="dxa"/>
              <w:left w:w="120" w:type="dxa"/>
              <w:bottom w:w="120" w:type="dxa"/>
              <w:right w:w="120" w:type="dxa"/>
            </w:tcMar>
            <w:vAlign w:val="center"/>
          </w:tcPr>
          <w:p w14:paraId="2DE62942" w14:textId="77777777" w:rsidR="005970D7" w:rsidRPr="002C14E1" w:rsidRDefault="007802B5">
            <w:pPr>
              <w:spacing w:after="40"/>
              <w:rPr>
                <w:rFonts w:ascii="Aspira" w:hAnsi="Aspira"/>
              </w:rPr>
            </w:pPr>
            <w:r w:rsidRPr="002C14E1">
              <w:rPr>
                <w:rFonts w:ascii="Aspira" w:hAnsi="Aspira"/>
                <w:b/>
                <w:color w:val="1F4E5F"/>
                <w:sz w:val="18"/>
              </w:rPr>
              <w:t>Dates (month/year)</w:t>
            </w:r>
          </w:p>
        </w:tc>
        <w:tc>
          <w:tcPr>
            <w:tcW w:w="6912" w:type="dxa"/>
            <w:gridSpan w:val="2"/>
            <w:tcMar>
              <w:top w:w="150" w:type="dxa"/>
              <w:left w:w="120" w:type="dxa"/>
              <w:bottom w:w="150" w:type="dxa"/>
              <w:right w:w="120" w:type="dxa"/>
            </w:tcMar>
            <w:vAlign w:val="center"/>
          </w:tcPr>
          <w:p w14:paraId="71C997B9" w14:textId="77777777" w:rsidR="005970D7" w:rsidRPr="002C14E1" w:rsidRDefault="005970D7">
            <w:pPr>
              <w:spacing w:after="40"/>
              <w:rPr>
                <w:rFonts w:ascii="Aspira" w:hAnsi="Aspira"/>
              </w:rPr>
            </w:pPr>
          </w:p>
          <w:p w14:paraId="5DCE90BD"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75F594BE" w14:textId="77777777" w:rsidTr="005E0DB6">
        <w:trPr>
          <w:cantSplit/>
          <w:trHeight w:val="2512"/>
          <w:jc w:val="center"/>
        </w:trPr>
        <w:tc>
          <w:tcPr>
            <w:tcW w:w="3062" w:type="dxa"/>
            <w:shd w:val="clear" w:color="auto" w:fill="E8F0F1"/>
            <w:tcMar>
              <w:top w:w="120" w:type="dxa"/>
              <w:left w:w="120" w:type="dxa"/>
              <w:bottom w:w="120" w:type="dxa"/>
              <w:right w:w="120" w:type="dxa"/>
            </w:tcMar>
            <w:vAlign w:val="center"/>
          </w:tcPr>
          <w:p w14:paraId="2C7B136A" w14:textId="77777777" w:rsidR="005970D7" w:rsidRPr="002C14E1" w:rsidRDefault="007802B5">
            <w:pPr>
              <w:spacing w:after="40"/>
              <w:rPr>
                <w:rFonts w:ascii="Aspira" w:hAnsi="Aspira"/>
              </w:rPr>
            </w:pPr>
            <w:r w:rsidRPr="002C14E1">
              <w:rPr>
                <w:rFonts w:ascii="Aspira" w:hAnsi="Aspira"/>
                <w:b/>
                <w:color w:val="1F4E5F"/>
                <w:sz w:val="18"/>
              </w:rPr>
              <w:lastRenderedPageBreak/>
              <w:t>Scope of role and principal achievements (maximum 180 words)</w:t>
            </w:r>
          </w:p>
        </w:tc>
        <w:tc>
          <w:tcPr>
            <w:tcW w:w="6912" w:type="dxa"/>
            <w:gridSpan w:val="2"/>
            <w:tcMar>
              <w:top w:w="150" w:type="dxa"/>
              <w:left w:w="120" w:type="dxa"/>
              <w:bottom w:w="150" w:type="dxa"/>
              <w:right w:w="120" w:type="dxa"/>
            </w:tcMar>
            <w:vAlign w:val="center"/>
          </w:tcPr>
          <w:p w14:paraId="08A4A380" w14:textId="77777777" w:rsidR="005970D7" w:rsidRPr="002C14E1" w:rsidRDefault="005970D7">
            <w:pPr>
              <w:spacing w:after="40"/>
              <w:rPr>
                <w:rFonts w:ascii="Aspira" w:hAnsi="Aspira"/>
              </w:rPr>
            </w:pPr>
          </w:p>
          <w:p w14:paraId="2F211EBF" w14:textId="77777777" w:rsidR="005970D7" w:rsidRPr="002C14E1" w:rsidRDefault="007802B5">
            <w:pPr>
              <w:spacing w:after="40"/>
              <w:rPr>
                <w:rFonts w:ascii="Aspira" w:hAnsi="Aspira"/>
              </w:rPr>
            </w:pPr>
            <w:r w:rsidRPr="002C14E1">
              <w:rPr>
                <w:rFonts w:ascii="Aspira" w:hAnsi="Aspira"/>
                <w:sz w:val="18"/>
              </w:rPr>
              <w:t xml:space="preserve"> </w:t>
            </w:r>
          </w:p>
          <w:p w14:paraId="24A55689" w14:textId="77777777" w:rsidR="005970D7" w:rsidRPr="002C14E1" w:rsidRDefault="007802B5">
            <w:pPr>
              <w:spacing w:after="40"/>
              <w:rPr>
                <w:rFonts w:ascii="Aspira" w:hAnsi="Aspira"/>
              </w:rPr>
            </w:pP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r w:rsidRPr="002C14E1">
              <w:rPr>
                <w:rFonts w:ascii="Aspira" w:hAnsi="Aspira"/>
                <w:sz w:val="18"/>
              </w:rPr>
              <w:br/>
            </w:r>
          </w:p>
        </w:tc>
      </w:tr>
      <w:tr w:rsidR="005970D7" w:rsidRPr="002C14E1" w14:paraId="61DCBA42" w14:textId="77777777" w:rsidTr="005E0DB6">
        <w:tblPrEx>
          <w:jc w:val="left"/>
        </w:tblPrEx>
        <w:trPr>
          <w:gridAfter w:val="1"/>
          <w:wAfter w:w="30" w:type="dxa"/>
        </w:trPr>
        <w:tc>
          <w:tcPr>
            <w:tcW w:w="9944" w:type="dxa"/>
            <w:gridSpan w:val="2"/>
            <w:shd w:val="clear" w:color="auto" w:fill="215868" w:themeFill="accent5" w:themeFillShade="80"/>
            <w:tcMar>
              <w:top w:w="130" w:type="dxa"/>
              <w:left w:w="150" w:type="dxa"/>
              <w:bottom w:w="130" w:type="dxa"/>
              <w:right w:w="150" w:type="dxa"/>
            </w:tcMar>
            <w:vAlign w:val="center"/>
          </w:tcPr>
          <w:p w14:paraId="4E6A5F74" w14:textId="1E9D2B0B" w:rsidR="005970D7" w:rsidRPr="002C14E1" w:rsidRDefault="005E0DB6">
            <w:pPr>
              <w:spacing w:after="40"/>
              <w:rPr>
                <w:rFonts w:ascii="Aspira" w:hAnsi="Aspira"/>
              </w:rPr>
            </w:pPr>
            <w:r>
              <w:rPr>
                <w:rFonts w:ascii="Aspira" w:hAnsi="Aspira"/>
                <w:b/>
                <w:color w:val="FFFFFF"/>
                <w:sz w:val="22"/>
              </w:rPr>
              <w:t>4</w:t>
            </w:r>
            <w:r w:rsidR="007802B5" w:rsidRPr="002C14E1">
              <w:rPr>
                <w:rFonts w:ascii="Aspira" w:hAnsi="Aspira"/>
                <w:b/>
                <w:color w:val="FFFFFF"/>
                <w:sz w:val="22"/>
              </w:rPr>
              <w:t>. ROLE-SPECIFIC EVIDENCE</w:t>
            </w:r>
          </w:p>
        </w:tc>
      </w:tr>
      <w:tr w:rsidR="005E0DB6" w:rsidRPr="002C14E1" w14:paraId="0F00AAE3" w14:textId="77777777" w:rsidTr="005E0DB6">
        <w:tblPrEx>
          <w:jc w:val="left"/>
        </w:tblPrEx>
        <w:trPr>
          <w:gridAfter w:val="1"/>
          <w:wAfter w:w="30" w:type="dxa"/>
        </w:trPr>
        <w:tc>
          <w:tcPr>
            <w:tcW w:w="9944" w:type="dxa"/>
            <w:gridSpan w:val="2"/>
            <w:tcMar>
              <w:top w:w="130" w:type="dxa"/>
              <w:left w:w="150" w:type="dxa"/>
              <w:bottom w:w="130" w:type="dxa"/>
              <w:right w:w="150" w:type="dxa"/>
            </w:tcMar>
            <w:vAlign w:val="center"/>
          </w:tcPr>
          <w:p w14:paraId="41FFD7A5" w14:textId="13BC5BA8" w:rsidR="005E0DB6" w:rsidRPr="00750201" w:rsidRDefault="005E0DB6">
            <w:pPr>
              <w:spacing w:after="40"/>
              <w:rPr>
                <w:rFonts w:ascii="Aspira" w:hAnsi="Aspira"/>
                <w:b/>
                <w:bCs/>
                <w:color w:val="FFFFFF"/>
                <w:sz w:val="22"/>
              </w:rPr>
            </w:pPr>
            <w:r w:rsidRPr="00750201">
              <w:rPr>
                <w:rFonts w:ascii="Aspira" w:hAnsi="Aspira"/>
                <w:b/>
                <w:bCs/>
                <w:i/>
                <w:sz w:val="18"/>
              </w:rPr>
              <w:t>These four sections mirror the key responsibilities in the Job Description</w:t>
            </w:r>
            <w:r w:rsidR="00750201">
              <w:rPr>
                <w:rFonts w:ascii="Aspira" w:hAnsi="Aspira"/>
                <w:b/>
                <w:bCs/>
                <w:i/>
                <w:sz w:val="18"/>
              </w:rPr>
              <w:t>.</w:t>
            </w:r>
            <w:r w:rsidRPr="00750201">
              <w:rPr>
                <w:rFonts w:ascii="Aspira" w:hAnsi="Aspira"/>
                <w:b/>
                <w:bCs/>
                <w:i/>
                <w:sz w:val="18"/>
              </w:rPr>
              <w:t xml:space="preserve"> For each response, give one or two strong examples and briefly describe the context, your own responsibilities, the action you took and the outcome achieved. Maximum 250 words per section.</w:t>
            </w:r>
          </w:p>
        </w:tc>
      </w:tr>
    </w:tbl>
    <w:p w14:paraId="6BE25D00" w14:textId="77777777" w:rsidR="005970D7" w:rsidRPr="002C14E1" w:rsidRDefault="005970D7">
      <w:pPr>
        <w:spacing w:after="0"/>
        <w:rPr>
          <w:rFonts w:ascii="Aspira" w:hAnsi="Aspira"/>
        </w:rPr>
      </w:pPr>
    </w:p>
    <w:p w14:paraId="19B3F61D" w14:textId="77777777" w:rsidR="005970D7" w:rsidRPr="002C14E1" w:rsidRDefault="005970D7">
      <w:pPr>
        <w:spacing w:after="0"/>
        <w:rPr>
          <w:rFonts w:ascii="Aspira" w:hAnsi="Aspira"/>
        </w:rPr>
      </w:pPr>
    </w:p>
    <w:tbl>
      <w:tblPr>
        <w:tblStyle w:val="TableGrid"/>
        <w:tblW w:w="0" w:type="auto"/>
        <w:tblLayout w:type="fixed"/>
        <w:tblLook w:val="04A0" w:firstRow="1" w:lastRow="0" w:firstColumn="1" w:lastColumn="0" w:noHBand="0" w:noVBand="1"/>
      </w:tblPr>
      <w:tblGrid>
        <w:gridCol w:w="9895"/>
      </w:tblGrid>
      <w:tr w:rsidR="005970D7" w:rsidRPr="002C14E1" w14:paraId="0E71F56F" w14:textId="77777777" w:rsidTr="005E0DB6">
        <w:tc>
          <w:tcPr>
            <w:tcW w:w="9895" w:type="dxa"/>
            <w:shd w:val="clear" w:color="auto" w:fill="215868" w:themeFill="accent5" w:themeFillShade="80"/>
            <w:tcMar>
              <w:top w:w="130" w:type="dxa"/>
              <w:left w:w="150" w:type="dxa"/>
              <w:bottom w:w="130" w:type="dxa"/>
              <w:right w:w="150" w:type="dxa"/>
            </w:tcMar>
            <w:vAlign w:val="center"/>
          </w:tcPr>
          <w:p w14:paraId="27F5740E" w14:textId="3B1DC42F" w:rsidR="005970D7" w:rsidRPr="002C14E1" w:rsidRDefault="005E0DB6">
            <w:pPr>
              <w:spacing w:after="40"/>
              <w:rPr>
                <w:rFonts w:ascii="Aspira" w:hAnsi="Aspira"/>
              </w:rPr>
            </w:pPr>
            <w:r>
              <w:rPr>
                <w:rFonts w:ascii="Aspira" w:hAnsi="Aspira"/>
                <w:b/>
                <w:color w:val="FFFFFF"/>
                <w:sz w:val="22"/>
              </w:rPr>
              <w:t>4</w:t>
            </w:r>
            <w:r w:rsidR="007802B5" w:rsidRPr="002C14E1">
              <w:rPr>
                <w:rFonts w:ascii="Aspira" w:hAnsi="Aspira"/>
                <w:b/>
                <w:color w:val="FFFFFF"/>
                <w:sz w:val="22"/>
              </w:rPr>
              <w:t>.1 HUMAN RESOURCES</w:t>
            </w:r>
          </w:p>
        </w:tc>
      </w:tr>
      <w:tr w:rsidR="005E0DB6" w:rsidRPr="002C14E1" w14:paraId="00AA21C4" w14:textId="77777777" w:rsidTr="005E0DB6">
        <w:tc>
          <w:tcPr>
            <w:tcW w:w="9895" w:type="dxa"/>
            <w:tcMar>
              <w:top w:w="130" w:type="dxa"/>
              <w:left w:w="150" w:type="dxa"/>
              <w:bottom w:w="130" w:type="dxa"/>
              <w:right w:w="150" w:type="dxa"/>
            </w:tcMar>
            <w:vAlign w:val="center"/>
          </w:tcPr>
          <w:p w14:paraId="4404A13B" w14:textId="68BDB9A6" w:rsidR="005E0DB6" w:rsidRPr="002C14E1" w:rsidRDefault="005E0DB6" w:rsidP="005E0DB6">
            <w:pPr>
              <w:spacing w:after="40"/>
              <w:rPr>
                <w:rFonts w:ascii="Aspira" w:hAnsi="Aspira"/>
                <w:b/>
                <w:color w:val="FFFFFF"/>
                <w:sz w:val="22"/>
              </w:rPr>
            </w:pPr>
            <w:r w:rsidRPr="00750201">
              <w:rPr>
                <w:rFonts w:ascii="Aspira" w:hAnsi="Aspira"/>
                <w:b/>
                <w:bCs/>
                <w:i/>
                <w:sz w:val="18"/>
              </w:rPr>
              <w:t>Using relevant examples, outline your experience of leading and managing a Human Resources function. Your response should demonstrate your experience of employee relations, Irish employment legislation and HR policy; advising managers on performance, attendance, grievance or disciplinary matters; recruitment, induction and probation; workforce or succession planning; staff development; and maintaining accurate and compliant HR records or systems. Include the scale of your responsibilities and the outcomes achieved</w:t>
            </w:r>
            <w:r w:rsidRPr="00750201">
              <w:rPr>
                <w:rFonts w:ascii="Aspira" w:hAnsi="Aspira"/>
                <w:i/>
                <w:sz w:val="18"/>
              </w:rPr>
              <w:t>.</w:t>
            </w:r>
          </w:p>
        </w:tc>
      </w:tr>
    </w:tbl>
    <w:p w14:paraId="4BFA533F" w14:textId="77777777" w:rsidR="005970D7" w:rsidRPr="002C14E1" w:rsidRDefault="005970D7">
      <w:pPr>
        <w:spacing w:after="0"/>
        <w:rPr>
          <w:rFonts w:ascii="Aspira" w:hAnsi="Aspira"/>
        </w:rPr>
      </w:pPr>
    </w:p>
    <w:p w14:paraId="5D58673C" w14:textId="77777777" w:rsidR="005970D7" w:rsidRPr="002C14E1" w:rsidRDefault="007802B5">
      <w:pPr>
        <w:spacing w:after="60"/>
        <w:rPr>
          <w:rFonts w:ascii="Aspira" w:hAnsi="Aspira"/>
        </w:rPr>
      </w:pPr>
      <w:r w:rsidRPr="002C14E1">
        <w:rPr>
          <w:rFonts w:ascii="Aspira" w:hAnsi="Aspira"/>
          <w:b/>
          <w:color w:val="2F6F73"/>
        </w:rPr>
        <w:t>Your response (maximum 250 words):</w:t>
      </w:r>
    </w:p>
    <w:tbl>
      <w:tblPr>
        <w:tblStyle w:val="TableGrid"/>
        <w:tblW w:w="0" w:type="auto"/>
        <w:tblLayout w:type="fixed"/>
        <w:tblLook w:val="04A0" w:firstRow="1" w:lastRow="0" w:firstColumn="1" w:lastColumn="0" w:noHBand="0" w:noVBand="1"/>
      </w:tblPr>
      <w:tblGrid>
        <w:gridCol w:w="9895"/>
      </w:tblGrid>
      <w:tr w:rsidR="005970D7" w:rsidRPr="002C14E1" w14:paraId="1499AE91" w14:textId="77777777" w:rsidTr="002C14E1">
        <w:tc>
          <w:tcPr>
            <w:tcW w:w="9895" w:type="dxa"/>
            <w:tcMar>
              <w:top w:w="140" w:type="dxa"/>
              <w:left w:w="145" w:type="dxa"/>
              <w:bottom w:w="140" w:type="dxa"/>
              <w:right w:w="145" w:type="dxa"/>
            </w:tcMar>
            <w:vAlign w:val="center"/>
          </w:tcPr>
          <w:p w14:paraId="237D505A" w14:textId="77777777" w:rsidR="005970D7" w:rsidRPr="002C14E1" w:rsidRDefault="005970D7">
            <w:pPr>
              <w:spacing w:after="40"/>
              <w:rPr>
                <w:rFonts w:ascii="Aspira" w:hAnsi="Aspira"/>
              </w:rPr>
            </w:pPr>
          </w:p>
          <w:p w14:paraId="19804139" w14:textId="77777777" w:rsidR="005970D7" w:rsidRPr="002C14E1" w:rsidRDefault="007802B5">
            <w:pPr>
              <w:spacing w:after="40"/>
              <w:rPr>
                <w:rFonts w:ascii="Aspira" w:hAnsi="Aspira"/>
              </w:rPr>
            </w:pPr>
            <w:r w:rsidRPr="002C14E1">
              <w:rPr>
                <w:rFonts w:ascii="Aspira" w:hAnsi="Aspira"/>
                <w:sz w:val="18"/>
              </w:rPr>
              <w:t xml:space="preserve"> </w:t>
            </w:r>
          </w:p>
          <w:p w14:paraId="6852E7D8" w14:textId="77777777" w:rsidR="005970D7" w:rsidRPr="002C14E1" w:rsidRDefault="007802B5">
            <w:pPr>
              <w:spacing w:after="40"/>
              <w:rPr>
                <w:rFonts w:ascii="Aspira" w:hAnsi="Aspira"/>
              </w:rPr>
            </w:pPr>
            <w:r w:rsidRPr="002C14E1">
              <w:rPr>
                <w:rFonts w:ascii="Aspira" w:hAnsi="Aspira"/>
                <w:sz w:val="18"/>
              </w:rPr>
              <w:t xml:space="preserve"> </w:t>
            </w:r>
          </w:p>
          <w:p w14:paraId="4F9535E4" w14:textId="77777777" w:rsidR="005970D7" w:rsidRPr="002C14E1" w:rsidRDefault="007802B5">
            <w:pPr>
              <w:spacing w:after="40"/>
              <w:rPr>
                <w:rFonts w:ascii="Aspira" w:hAnsi="Aspira"/>
              </w:rPr>
            </w:pPr>
            <w:r w:rsidRPr="002C14E1">
              <w:rPr>
                <w:rFonts w:ascii="Aspira" w:hAnsi="Aspira"/>
                <w:sz w:val="18"/>
              </w:rPr>
              <w:t xml:space="preserve"> </w:t>
            </w:r>
          </w:p>
          <w:p w14:paraId="2A413F4D" w14:textId="77777777" w:rsidR="005970D7" w:rsidRPr="002C14E1" w:rsidRDefault="007802B5">
            <w:pPr>
              <w:spacing w:after="40"/>
              <w:rPr>
                <w:rFonts w:ascii="Aspira" w:hAnsi="Aspira"/>
              </w:rPr>
            </w:pPr>
            <w:r w:rsidRPr="002C14E1">
              <w:rPr>
                <w:rFonts w:ascii="Aspira" w:hAnsi="Aspira"/>
                <w:sz w:val="18"/>
              </w:rPr>
              <w:t xml:space="preserve"> </w:t>
            </w:r>
          </w:p>
          <w:p w14:paraId="24262DCA" w14:textId="77777777" w:rsidR="005970D7" w:rsidRPr="002C14E1" w:rsidRDefault="007802B5">
            <w:pPr>
              <w:spacing w:after="40"/>
              <w:rPr>
                <w:rFonts w:ascii="Aspira" w:hAnsi="Aspira"/>
              </w:rPr>
            </w:pPr>
            <w:r w:rsidRPr="002C14E1">
              <w:rPr>
                <w:rFonts w:ascii="Aspira" w:hAnsi="Aspira"/>
                <w:sz w:val="18"/>
              </w:rPr>
              <w:t xml:space="preserve"> </w:t>
            </w:r>
          </w:p>
          <w:p w14:paraId="67B7566D" w14:textId="77777777" w:rsidR="005970D7" w:rsidRPr="002C14E1" w:rsidRDefault="007802B5">
            <w:pPr>
              <w:spacing w:after="40"/>
              <w:rPr>
                <w:rFonts w:ascii="Aspira" w:hAnsi="Aspira"/>
              </w:rPr>
            </w:pPr>
            <w:r w:rsidRPr="002C14E1">
              <w:rPr>
                <w:rFonts w:ascii="Aspira" w:hAnsi="Aspira"/>
                <w:sz w:val="18"/>
              </w:rPr>
              <w:t xml:space="preserve"> </w:t>
            </w:r>
          </w:p>
          <w:p w14:paraId="7F7B8EB4" w14:textId="77777777" w:rsidR="005970D7" w:rsidRPr="002C14E1" w:rsidRDefault="007802B5">
            <w:pPr>
              <w:spacing w:after="40"/>
              <w:rPr>
                <w:rFonts w:ascii="Aspira" w:hAnsi="Aspira"/>
              </w:rPr>
            </w:pPr>
            <w:r w:rsidRPr="002C14E1">
              <w:rPr>
                <w:rFonts w:ascii="Aspira" w:hAnsi="Aspira"/>
                <w:sz w:val="18"/>
              </w:rPr>
              <w:t xml:space="preserve"> </w:t>
            </w:r>
          </w:p>
          <w:p w14:paraId="421E79F0" w14:textId="77777777" w:rsidR="005970D7" w:rsidRPr="002C14E1" w:rsidRDefault="007802B5">
            <w:pPr>
              <w:spacing w:after="40"/>
              <w:rPr>
                <w:rFonts w:ascii="Aspira" w:hAnsi="Aspira"/>
              </w:rPr>
            </w:pPr>
            <w:r w:rsidRPr="002C14E1">
              <w:rPr>
                <w:rFonts w:ascii="Aspira" w:hAnsi="Aspira"/>
                <w:sz w:val="18"/>
              </w:rPr>
              <w:t xml:space="preserve"> </w:t>
            </w:r>
          </w:p>
          <w:p w14:paraId="2638D16B" w14:textId="77777777" w:rsidR="005970D7" w:rsidRPr="002C14E1" w:rsidRDefault="007802B5">
            <w:pPr>
              <w:spacing w:after="40"/>
              <w:rPr>
                <w:rFonts w:ascii="Aspira" w:hAnsi="Aspira"/>
              </w:rPr>
            </w:pPr>
            <w:r w:rsidRPr="002C14E1">
              <w:rPr>
                <w:rFonts w:ascii="Aspira" w:hAnsi="Aspira"/>
                <w:sz w:val="18"/>
              </w:rPr>
              <w:t xml:space="preserve"> </w:t>
            </w:r>
          </w:p>
          <w:p w14:paraId="6CC6B88E" w14:textId="77777777" w:rsidR="005970D7" w:rsidRPr="002C14E1" w:rsidRDefault="007802B5">
            <w:pPr>
              <w:spacing w:after="40"/>
              <w:rPr>
                <w:rFonts w:ascii="Aspira" w:hAnsi="Aspira"/>
              </w:rPr>
            </w:pPr>
            <w:r w:rsidRPr="002C14E1">
              <w:rPr>
                <w:rFonts w:ascii="Aspira" w:hAnsi="Aspira"/>
                <w:sz w:val="18"/>
              </w:rPr>
              <w:t xml:space="preserve"> </w:t>
            </w:r>
          </w:p>
          <w:p w14:paraId="1EA312C1" w14:textId="77777777" w:rsidR="005970D7" w:rsidRPr="002C14E1" w:rsidRDefault="007802B5">
            <w:pPr>
              <w:spacing w:after="40"/>
              <w:rPr>
                <w:rFonts w:ascii="Aspira" w:hAnsi="Aspira"/>
              </w:rPr>
            </w:pPr>
            <w:r w:rsidRPr="002C14E1">
              <w:rPr>
                <w:rFonts w:ascii="Aspira" w:hAnsi="Aspira"/>
                <w:sz w:val="18"/>
              </w:rPr>
              <w:t xml:space="preserve"> </w:t>
            </w:r>
          </w:p>
          <w:p w14:paraId="711330A1" w14:textId="77777777" w:rsidR="005970D7" w:rsidRPr="002C14E1" w:rsidRDefault="007802B5">
            <w:pPr>
              <w:spacing w:after="40"/>
              <w:rPr>
                <w:rFonts w:ascii="Aspira" w:hAnsi="Aspira"/>
              </w:rPr>
            </w:pPr>
            <w:r w:rsidRPr="002C14E1">
              <w:rPr>
                <w:rFonts w:ascii="Aspira" w:hAnsi="Aspira"/>
                <w:sz w:val="18"/>
              </w:rPr>
              <w:t xml:space="preserve"> </w:t>
            </w:r>
          </w:p>
          <w:p w14:paraId="083D8B60" w14:textId="77777777" w:rsidR="005970D7" w:rsidRPr="002C14E1" w:rsidRDefault="007802B5">
            <w:pPr>
              <w:spacing w:after="40"/>
              <w:rPr>
                <w:rFonts w:ascii="Aspira" w:hAnsi="Aspira"/>
              </w:rPr>
            </w:pPr>
            <w:r w:rsidRPr="002C14E1">
              <w:rPr>
                <w:rFonts w:ascii="Aspira" w:hAnsi="Aspira"/>
                <w:sz w:val="18"/>
              </w:rPr>
              <w:t xml:space="preserve"> </w:t>
            </w:r>
          </w:p>
          <w:p w14:paraId="3C189128" w14:textId="77777777" w:rsidR="005970D7" w:rsidRPr="002C14E1" w:rsidRDefault="007802B5">
            <w:pPr>
              <w:spacing w:after="40"/>
              <w:rPr>
                <w:rFonts w:ascii="Aspira" w:hAnsi="Aspira"/>
              </w:rPr>
            </w:pPr>
            <w:r w:rsidRPr="002C14E1">
              <w:rPr>
                <w:rFonts w:ascii="Aspira" w:hAnsi="Aspira"/>
                <w:sz w:val="18"/>
              </w:rPr>
              <w:t xml:space="preserve"> </w:t>
            </w:r>
          </w:p>
          <w:p w14:paraId="1585769D" w14:textId="77777777" w:rsidR="005970D7" w:rsidRPr="002C14E1" w:rsidRDefault="007802B5">
            <w:pPr>
              <w:spacing w:after="40"/>
              <w:rPr>
                <w:rFonts w:ascii="Aspira" w:hAnsi="Aspira"/>
              </w:rPr>
            </w:pPr>
            <w:r w:rsidRPr="002C14E1">
              <w:rPr>
                <w:rFonts w:ascii="Aspira" w:hAnsi="Aspira"/>
                <w:sz w:val="18"/>
              </w:rPr>
              <w:t xml:space="preserve"> </w:t>
            </w:r>
          </w:p>
          <w:p w14:paraId="3C2418A9" w14:textId="77777777" w:rsidR="005970D7" w:rsidRPr="002C14E1" w:rsidRDefault="007802B5">
            <w:pPr>
              <w:spacing w:after="40"/>
              <w:rPr>
                <w:rFonts w:ascii="Aspira" w:hAnsi="Aspira"/>
              </w:rPr>
            </w:pPr>
            <w:r w:rsidRPr="002C14E1">
              <w:rPr>
                <w:rFonts w:ascii="Aspira" w:hAnsi="Aspira"/>
                <w:sz w:val="18"/>
              </w:rPr>
              <w:t xml:space="preserve"> </w:t>
            </w:r>
          </w:p>
          <w:p w14:paraId="4FD2EB01" w14:textId="77777777" w:rsidR="005970D7" w:rsidRPr="002C14E1" w:rsidRDefault="007802B5">
            <w:pPr>
              <w:spacing w:after="40"/>
              <w:rPr>
                <w:rFonts w:ascii="Aspira" w:hAnsi="Aspira"/>
              </w:rPr>
            </w:pPr>
            <w:r w:rsidRPr="002C14E1">
              <w:rPr>
                <w:rFonts w:ascii="Aspira" w:hAnsi="Aspira"/>
                <w:sz w:val="18"/>
              </w:rPr>
              <w:t xml:space="preserve"> </w:t>
            </w:r>
          </w:p>
          <w:p w14:paraId="698E5682" w14:textId="77777777" w:rsidR="005970D7" w:rsidRPr="002C14E1" w:rsidRDefault="007802B5">
            <w:pPr>
              <w:spacing w:after="40"/>
              <w:rPr>
                <w:rFonts w:ascii="Aspira" w:hAnsi="Aspira"/>
              </w:rPr>
            </w:pPr>
            <w:r w:rsidRPr="002C14E1">
              <w:rPr>
                <w:rFonts w:ascii="Aspira" w:hAnsi="Aspira"/>
                <w:sz w:val="18"/>
              </w:rPr>
              <w:t xml:space="preserve"> </w:t>
            </w:r>
          </w:p>
        </w:tc>
      </w:tr>
    </w:tbl>
    <w:p w14:paraId="66CAB562" w14:textId="77777777" w:rsidR="005970D7" w:rsidRDefault="005970D7">
      <w:pPr>
        <w:spacing w:after="0"/>
        <w:rPr>
          <w:rFonts w:ascii="Aspira" w:hAnsi="Aspira"/>
        </w:rPr>
      </w:pPr>
    </w:p>
    <w:p w14:paraId="7DFC178C" w14:textId="77777777" w:rsidR="00E67849" w:rsidRDefault="00E67849">
      <w:pPr>
        <w:spacing w:after="0"/>
        <w:rPr>
          <w:rFonts w:ascii="Aspira" w:hAnsi="Aspira"/>
        </w:rPr>
      </w:pPr>
    </w:p>
    <w:p w14:paraId="323C3971" w14:textId="77777777" w:rsidR="00E67849" w:rsidRPr="002C14E1" w:rsidRDefault="00E67849">
      <w:pPr>
        <w:spacing w:after="0"/>
        <w:rPr>
          <w:rFonts w:ascii="Aspira" w:hAnsi="Aspira"/>
        </w:rPr>
      </w:pPr>
    </w:p>
    <w:tbl>
      <w:tblPr>
        <w:tblStyle w:val="TableGrid"/>
        <w:tblW w:w="0" w:type="auto"/>
        <w:tblLayout w:type="fixed"/>
        <w:tblLook w:val="04A0" w:firstRow="1" w:lastRow="0" w:firstColumn="1" w:lastColumn="0" w:noHBand="0" w:noVBand="1"/>
      </w:tblPr>
      <w:tblGrid>
        <w:gridCol w:w="9895"/>
      </w:tblGrid>
      <w:tr w:rsidR="005970D7" w:rsidRPr="002C14E1" w14:paraId="757C5D58" w14:textId="77777777" w:rsidTr="005E0DB6">
        <w:tc>
          <w:tcPr>
            <w:tcW w:w="9895" w:type="dxa"/>
            <w:shd w:val="clear" w:color="auto" w:fill="215868" w:themeFill="accent5" w:themeFillShade="80"/>
            <w:tcMar>
              <w:top w:w="130" w:type="dxa"/>
              <w:left w:w="150" w:type="dxa"/>
              <w:bottom w:w="130" w:type="dxa"/>
              <w:right w:w="150" w:type="dxa"/>
            </w:tcMar>
            <w:vAlign w:val="center"/>
          </w:tcPr>
          <w:p w14:paraId="099D6019" w14:textId="069F2BD0" w:rsidR="005970D7" w:rsidRPr="002C14E1" w:rsidRDefault="005E0DB6">
            <w:pPr>
              <w:spacing w:after="40"/>
              <w:rPr>
                <w:rFonts w:ascii="Aspira" w:hAnsi="Aspira"/>
              </w:rPr>
            </w:pPr>
            <w:r>
              <w:rPr>
                <w:rFonts w:ascii="Aspira" w:hAnsi="Aspira"/>
                <w:b/>
                <w:color w:val="FFFFFF"/>
                <w:sz w:val="22"/>
              </w:rPr>
              <w:lastRenderedPageBreak/>
              <w:t>4</w:t>
            </w:r>
            <w:r w:rsidR="007802B5" w:rsidRPr="002C14E1">
              <w:rPr>
                <w:rFonts w:ascii="Aspira" w:hAnsi="Aspira"/>
                <w:b/>
                <w:color w:val="FFFFFF"/>
                <w:sz w:val="22"/>
              </w:rPr>
              <w:t>.2 EMPLOYMENT SERVICES</w:t>
            </w:r>
          </w:p>
        </w:tc>
      </w:tr>
      <w:tr w:rsidR="005E0DB6" w:rsidRPr="002C14E1" w14:paraId="445777F0" w14:textId="77777777" w:rsidTr="005E0DB6">
        <w:tc>
          <w:tcPr>
            <w:tcW w:w="9895" w:type="dxa"/>
            <w:tcMar>
              <w:top w:w="130" w:type="dxa"/>
              <w:left w:w="150" w:type="dxa"/>
              <w:bottom w:w="130" w:type="dxa"/>
              <w:right w:w="150" w:type="dxa"/>
            </w:tcMar>
            <w:vAlign w:val="center"/>
          </w:tcPr>
          <w:p w14:paraId="6B3DFE73" w14:textId="4577E1EF" w:rsidR="005E0DB6" w:rsidRPr="002C14E1" w:rsidRDefault="005E0DB6">
            <w:pPr>
              <w:spacing w:after="40"/>
              <w:rPr>
                <w:rFonts w:ascii="Aspira" w:hAnsi="Aspira"/>
                <w:b/>
                <w:color w:val="FFFFFF"/>
                <w:sz w:val="22"/>
              </w:rPr>
            </w:pPr>
            <w:r w:rsidRPr="002C14E1">
              <w:rPr>
                <w:rFonts w:ascii="Aspira" w:hAnsi="Aspira"/>
                <w:i/>
                <w:color w:val="666666"/>
                <w:sz w:val="18"/>
              </w:rPr>
              <w:t>Provide an example of a programme, project or service for which you held management responsibility. Include the scale and nature of the service; your responsibility for staff performance, development and accountability; how you monitored delivery, compliance and agreed targets; your engagement with funders, partners or other stakeholders; and your role in reports, returns or funding claims. State the results achieved.</w:t>
            </w:r>
          </w:p>
        </w:tc>
      </w:tr>
    </w:tbl>
    <w:p w14:paraId="3F15F700" w14:textId="77777777" w:rsidR="005970D7" w:rsidRPr="002C14E1" w:rsidRDefault="005970D7">
      <w:pPr>
        <w:spacing w:after="0"/>
        <w:rPr>
          <w:rFonts w:ascii="Aspira" w:hAnsi="Aspira"/>
        </w:rPr>
      </w:pPr>
    </w:p>
    <w:p w14:paraId="2871375D" w14:textId="77777777" w:rsidR="005970D7" w:rsidRPr="002C14E1" w:rsidRDefault="005970D7">
      <w:pPr>
        <w:spacing w:after="0"/>
        <w:rPr>
          <w:rFonts w:ascii="Aspira" w:hAnsi="Aspira"/>
        </w:rPr>
      </w:pPr>
    </w:p>
    <w:p w14:paraId="1A65AA54" w14:textId="77777777" w:rsidR="005970D7" w:rsidRPr="002C14E1" w:rsidRDefault="007802B5">
      <w:pPr>
        <w:spacing w:after="60"/>
        <w:rPr>
          <w:rFonts w:ascii="Aspira" w:hAnsi="Aspira"/>
        </w:rPr>
      </w:pPr>
      <w:r w:rsidRPr="002C14E1">
        <w:rPr>
          <w:rFonts w:ascii="Aspira" w:hAnsi="Aspira"/>
          <w:b/>
          <w:color w:val="2F6F73"/>
        </w:rPr>
        <w:t>Your response (maximum 250 words):</w:t>
      </w:r>
    </w:p>
    <w:tbl>
      <w:tblPr>
        <w:tblStyle w:val="TableGrid"/>
        <w:tblW w:w="0" w:type="auto"/>
        <w:tblLayout w:type="fixed"/>
        <w:tblLook w:val="04A0" w:firstRow="1" w:lastRow="0" w:firstColumn="1" w:lastColumn="0" w:noHBand="0" w:noVBand="1"/>
      </w:tblPr>
      <w:tblGrid>
        <w:gridCol w:w="9895"/>
      </w:tblGrid>
      <w:tr w:rsidR="005970D7" w:rsidRPr="002C14E1" w14:paraId="402529A4" w14:textId="77777777" w:rsidTr="002C14E1">
        <w:tc>
          <w:tcPr>
            <w:tcW w:w="9895" w:type="dxa"/>
            <w:tcMar>
              <w:top w:w="140" w:type="dxa"/>
              <w:left w:w="145" w:type="dxa"/>
              <w:bottom w:w="140" w:type="dxa"/>
              <w:right w:w="145" w:type="dxa"/>
            </w:tcMar>
            <w:vAlign w:val="center"/>
          </w:tcPr>
          <w:p w14:paraId="49440D31" w14:textId="77777777" w:rsidR="005970D7" w:rsidRPr="002C14E1" w:rsidRDefault="005970D7">
            <w:pPr>
              <w:spacing w:after="40"/>
              <w:rPr>
                <w:rFonts w:ascii="Aspira" w:hAnsi="Aspira"/>
              </w:rPr>
            </w:pPr>
          </w:p>
          <w:p w14:paraId="52BADEE0" w14:textId="77777777" w:rsidR="005970D7" w:rsidRPr="002C14E1" w:rsidRDefault="007802B5">
            <w:pPr>
              <w:spacing w:after="40"/>
              <w:rPr>
                <w:rFonts w:ascii="Aspira" w:hAnsi="Aspira"/>
              </w:rPr>
            </w:pPr>
            <w:r w:rsidRPr="002C14E1">
              <w:rPr>
                <w:rFonts w:ascii="Aspira" w:hAnsi="Aspira"/>
                <w:sz w:val="18"/>
              </w:rPr>
              <w:t xml:space="preserve"> </w:t>
            </w:r>
          </w:p>
          <w:p w14:paraId="66051B8D" w14:textId="77777777" w:rsidR="005970D7" w:rsidRPr="002C14E1" w:rsidRDefault="007802B5">
            <w:pPr>
              <w:spacing w:after="40"/>
              <w:rPr>
                <w:rFonts w:ascii="Aspira" w:hAnsi="Aspira"/>
              </w:rPr>
            </w:pPr>
            <w:r w:rsidRPr="002C14E1">
              <w:rPr>
                <w:rFonts w:ascii="Aspira" w:hAnsi="Aspira"/>
                <w:sz w:val="18"/>
              </w:rPr>
              <w:t xml:space="preserve"> </w:t>
            </w:r>
          </w:p>
          <w:p w14:paraId="6CFEEACE" w14:textId="77777777" w:rsidR="005970D7" w:rsidRPr="002C14E1" w:rsidRDefault="007802B5">
            <w:pPr>
              <w:spacing w:after="40"/>
              <w:rPr>
                <w:rFonts w:ascii="Aspira" w:hAnsi="Aspira"/>
              </w:rPr>
            </w:pPr>
            <w:r w:rsidRPr="002C14E1">
              <w:rPr>
                <w:rFonts w:ascii="Aspira" w:hAnsi="Aspira"/>
                <w:sz w:val="18"/>
              </w:rPr>
              <w:t xml:space="preserve"> </w:t>
            </w:r>
          </w:p>
          <w:p w14:paraId="0A82C0F9" w14:textId="77777777" w:rsidR="005970D7" w:rsidRPr="002C14E1" w:rsidRDefault="007802B5">
            <w:pPr>
              <w:spacing w:after="40"/>
              <w:rPr>
                <w:rFonts w:ascii="Aspira" w:hAnsi="Aspira"/>
              </w:rPr>
            </w:pPr>
            <w:r w:rsidRPr="002C14E1">
              <w:rPr>
                <w:rFonts w:ascii="Aspira" w:hAnsi="Aspira"/>
                <w:sz w:val="18"/>
              </w:rPr>
              <w:t xml:space="preserve"> </w:t>
            </w:r>
          </w:p>
          <w:p w14:paraId="5531C5BB" w14:textId="77777777" w:rsidR="005970D7" w:rsidRPr="002C14E1" w:rsidRDefault="007802B5">
            <w:pPr>
              <w:spacing w:after="40"/>
              <w:rPr>
                <w:rFonts w:ascii="Aspira" w:hAnsi="Aspira"/>
              </w:rPr>
            </w:pPr>
            <w:r w:rsidRPr="002C14E1">
              <w:rPr>
                <w:rFonts w:ascii="Aspira" w:hAnsi="Aspira"/>
                <w:sz w:val="18"/>
              </w:rPr>
              <w:t xml:space="preserve"> </w:t>
            </w:r>
          </w:p>
          <w:p w14:paraId="717B7664" w14:textId="77777777" w:rsidR="005970D7" w:rsidRPr="002C14E1" w:rsidRDefault="007802B5">
            <w:pPr>
              <w:spacing w:after="40"/>
              <w:rPr>
                <w:rFonts w:ascii="Aspira" w:hAnsi="Aspira"/>
              </w:rPr>
            </w:pPr>
            <w:r w:rsidRPr="002C14E1">
              <w:rPr>
                <w:rFonts w:ascii="Aspira" w:hAnsi="Aspira"/>
                <w:sz w:val="18"/>
              </w:rPr>
              <w:t xml:space="preserve"> </w:t>
            </w:r>
          </w:p>
          <w:p w14:paraId="2879C3E7" w14:textId="77777777" w:rsidR="005970D7" w:rsidRPr="002C14E1" w:rsidRDefault="007802B5">
            <w:pPr>
              <w:spacing w:after="40"/>
              <w:rPr>
                <w:rFonts w:ascii="Aspira" w:hAnsi="Aspira"/>
              </w:rPr>
            </w:pPr>
            <w:r w:rsidRPr="002C14E1">
              <w:rPr>
                <w:rFonts w:ascii="Aspira" w:hAnsi="Aspira"/>
                <w:sz w:val="18"/>
              </w:rPr>
              <w:t xml:space="preserve"> </w:t>
            </w:r>
          </w:p>
          <w:p w14:paraId="625D4C35" w14:textId="77777777" w:rsidR="005970D7" w:rsidRPr="002C14E1" w:rsidRDefault="007802B5">
            <w:pPr>
              <w:spacing w:after="40"/>
              <w:rPr>
                <w:rFonts w:ascii="Aspira" w:hAnsi="Aspira"/>
              </w:rPr>
            </w:pPr>
            <w:r w:rsidRPr="002C14E1">
              <w:rPr>
                <w:rFonts w:ascii="Aspira" w:hAnsi="Aspira"/>
                <w:sz w:val="18"/>
              </w:rPr>
              <w:t xml:space="preserve"> </w:t>
            </w:r>
          </w:p>
          <w:p w14:paraId="30417E8C" w14:textId="77777777" w:rsidR="005970D7" w:rsidRPr="002C14E1" w:rsidRDefault="007802B5">
            <w:pPr>
              <w:spacing w:after="40"/>
              <w:rPr>
                <w:rFonts w:ascii="Aspira" w:hAnsi="Aspira"/>
              </w:rPr>
            </w:pPr>
            <w:r w:rsidRPr="002C14E1">
              <w:rPr>
                <w:rFonts w:ascii="Aspira" w:hAnsi="Aspira"/>
                <w:sz w:val="18"/>
              </w:rPr>
              <w:t xml:space="preserve"> </w:t>
            </w:r>
          </w:p>
          <w:p w14:paraId="5BA08CE9" w14:textId="77777777" w:rsidR="005970D7" w:rsidRPr="002C14E1" w:rsidRDefault="007802B5">
            <w:pPr>
              <w:spacing w:after="40"/>
              <w:rPr>
                <w:rFonts w:ascii="Aspira" w:hAnsi="Aspira"/>
              </w:rPr>
            </w:pPr>
            <w:r w:rsidRPr="002C14E1">
              <w:rPr>
                <w:rFonts w:ascii="Aspira" w:hAnsi="Aspira"/>
                <w:sz w:val="18"/>
              </w:rPr>
              <w:t xml:space="preserve"> </w:t>
            </w:r>
          </w:p>
          <w:p w14:paraId="394AAE7F" w14:textId="77777777" w:rsidR="005970D7" w:rsidRPr="002C14E1" w:rsidRDefault="007802B5">
            <w:pPr>
              <w:spacing w:after="40"/>
              <w:rPr>
                <w:rFonts w:ascii="Aspira" w:hAnsi="Aspira"/>
              </w:rPr>
            </w:pPr>
            <w:r w:rsidRPr="002C14E1">
              <w:rPr>
                <w:rFonts w:ascii="Aspira" w:hAnsi="Aspira"/>
                <w:sz w:val="18"/>
              </w:rPr>
              <w:t xml:space="preserve"> </w:t>
            </w:r>
          </w:p>
          <w:p w14:paraId="01150E8A" w14:textId="77777777" w:rsidR="005970D7" w:rsidRPr="002C14E1" w:rsidRDefault="007802B5">
            <w:pPr>
              <w:spacing w:after="40"/>
              <w:rPr>
                <w:rFonts w:ascii="Aspira" w:hAnsi="Aspira"/>
              </w:rPr>
            </w:pPr>
            <w:r w:rsidRPr="002C14E1">
              <w:rPr>
                <w:rFonts w:ascii="Aspira" w:hAnsi="Aspira"/>
                <w:sz w:val="18"/>
              </w:rPr>
              <w:t xml:space="preserve"> </w:t>
            </w:r>
          </w:p>
          <w:p w14:paraId="1FDB73CA" w14:textId="77777777" w:rsidR="005970D7" w:rsidRPr="002C14E1" w:rsidRDefault="007802B5">
            <w:pPr>
              <w:spacing w:after="40"/>
              <w:rPr>
                <w:rFonts w:ascii="Aspira" w:hAnsi="Aspira"/>
              </w:rPr>
            </w:pPr>
            <w:r w:rsidRPr="002C14E1">
              <w:rPr>
                <w:rFonts w:ascii="Aspira" w:hAnsi="Aspira"/>
                <w:sz w:val="18"/>
              </w:rPr>
              <w:t xml:space="preserve"> </w:t>
            </w:r>
          </w:p>
          <w:p w14:paraId="40F5D3F1" w14:textId="77777777" w:rsidR="005970D7" w:rsidRPr="002C14E1" w:rsidRDefault="007802B5">
            <w:pPr>
              <w:spacing w:after="40"/>
              <w:rPr>
                <w:rFonts w:ascii="Aspira" w:hAnsi="Aspira"/>
              </w:rPr>
            </w:pPr>
            <w:r w:rsidRPr="002C14E1">
              <w:rPr>
                <w:rFonts w:ascii="Aspira" w:hAnsi="Aspira"/>
                <w:sz w:val="18"/>
              </w:rPr>
              <w:t xml:space="preserve"> </w:t>
            </w:r>
          </w:p>
          <w:p w14:paraId="31D09570" w14:textId="77777777" w:rsidR="005970D7" w:rsidRPr="002C14E1" w:rsidRDefault="007802B5">
            <w:pPr>
              <w:spacing w:after="40"/>
              <w:rPr>
                <w:rFonts w:ascii="Aspira" w:hAnsi="Aspira"/>
              </w:rPr>
            </w:pPr>
            <w:r w:rsidRPr="002C14E1">
              <w:rPr>
                <w:rFonts w:ascii="Aspira" w:hAnsi="Aspira"/>
                <w:sz w:val="18"/>
              </w:rPr>
              <w:t xml:space="preserve"> </w:t>
            </w:r>
          </w:p>
          <w:p w14:paraId="2A01B36B" w14:textId="77777777" w:rsidR="005970D7" w:rsidRPr="002C14E1" w:rsidRDefault="007802B5">
            <w:pPr>
              <w:spacing w:after="40"/>
              <w:rPr>
                <w:rFonts w:ascii="Aspira" w:hAnsi="Aspira"/>
              </w:rPr>
            </w:pPr>
            <w:r w:rsidRPr="002C14E1">
              <w:rPr>
                <w:rFonts w:ascii="Aspira" w:hAnsi="Aspira"/>
                <w:sz w:val="18"/>
              </w:rPr>
              <w:t xml:space="preserve"> </w:t>
            </w:r>
          </w:p>
          <w:p w14:paraId="1E4CDF86" w14:textId="77777777" w:rsidR="005970D7" w:rsidRPr="002C14E1" w:rsidRDefault="007802B5">
            <w:pPr>
              <w:spacing w:after="40"/>
              <w:rPr>
                <w:rFonts w:ascii="Aspira" w:hAnsi="Aspira"/>
              </w:rPr>
            </w:pPr>
            <w:r w:rsidRPr="002C14E1">
              <w:rPr>
                <w:rFonts w:ascii="Aspira" w:hAnsi="Aspira"/>
                <w:sz w:val="18"/>
              </w:rPr>
              <w:t xml:space="preserve"> </w:t>
            </w:r>
          </w:p>
          <w:p w14:paraId="0627CE62" w14:textId="77777777" w:rsidR="005970D7" w:rsidRPr="002C14E1" w:rsidRDefault="007802B5">
            <w:pPr>
              <w:spacing w:after="40"/>
              <w:rPr>
                <w:rFonts w:ascii="Aspira" w:hAnsi="Aspira"/>
              </w:rPr>
            </w:pPr>
            <w:r w:rsidRPr="002C14E1">
              <w:rPr>
                <w:rFonts w:ascii="Aspira" w:hAnsi="Aspira"/>
                <w:sz w:val="18"/>
              </w:rPr>
              <w:t xml:space="preserve"> </w:t>
            </w:r>
          </w:p>
        </w:tc>
      </w:tr>
    </w:tbl>
    <w:p w14:paraId="6CBB6094" w14:textId="77777777" w:rsidR="005970D7" w:rsidRPr="002C14E1" w:rsidRDefault="005970D7">
      <w:pPr>
        <w:spacing w:after="0"/>
        <w:rPr>
          <w:rFonts w:ascii="Aspira" w:hAnsi="Aspira"/>
        </w:rPr>
      </w:pPr>
    </w:p>
    <w:tbl>
      <w:tblPr>
        <w:tblStyle w:val="TableGrid"/>
        <w:tblW w:w="0" w:type="auto"/>
        <w:tblLayout w:type="fixed"/>
        <w:tblLook w:val="04A0" w:firstRow="1" w:lastRow="0" w:firstColumn="1" w:lastColumn="0" w:noHBand="0" w:noVBand="1"/>
      </w:tblPr>
      <w:tblGrid>
        <w:gridCol w:w="9895"/>
      </w:tblGrid>
      <w:tr w:rsidR="005970D7" w:rsidRPr="002C14E1" w14:paraId="7F926F4B" w14:textId="77777777" w:rsidTr="005E0DB6">
        <w:tc>
          <w:tcPr>
            <w:tcW w:w="9895" w:type="dxa"/>
            <w:shd w:val="clear" w:color="auto" w:fill="215868" w:themeFill="accent5" w:themeFillShade="80"/>
            <w:tcMar>
              <w:top w:w="130" w:type="dxa"/>
              <w:left w:w="150" w:type="dxa"/>
              <w:bottom w:w="130" w:type="dxa"/>
              <w:right w:w="150" w:type="dxa"/>
            </w:tcMar>
            <w:vAlign w:val="center"/>
          </w:tcPr>
          <w:p w14:paraId="6B74EC19" w14:textId="45B96F5C" w:rsidR="005970D7" w:rsidRPr="002C14E1" w:rsidRDefault="005E0DB6">
            <w:pPr>
              <w:spacing w:after="40"/>
              <w:rPr>
                <w:rFonts w:ascii="Aspira" w:hAnsi="Aspira"/>
              </w:rPr>
            </w:pPr>
            <w:r>
              <w:rPr>
                <w:rFonts w:ascii="Aspira" w:hAnsi="Aspira"/>
                <w:b/>
                <w:color w:val="FFFFFF"/>
                <w:sz w:val="22"/>
              </w:rPr>
              <w:t>4</w:t>
            </w:r>
            <w:r w:rsidR="007802B5" w:rsidRPr="002C14E1">
              <w:rPr>
                <w:rFonts w:ascii="Aspira" w:hAnsi="Aspira"/>
                <w:b/>
                <w:color w:val="FFFFFF"/>
                <w:sz w:val="22"/>
              </w:rPr>
              <w:t>.3 PROMOTING A POSITIVE WORKING ENVIRONMENT</w:t>
            </w:r>
          </w:p>
        </w:tc>
      </w:tr>
      <w:tr w:rsidR="005E0DB6" w:rsidRPr="002C14E1" w14:paraId="79464CCC" w14:textId="77777777" w:rsidTr="005E0DB6">
        <w:tc>
          <w:tcPr>
            <w:tcW w:w="9895" w:type="dxa"/>
            <w:tcMar>
              <w:top w:w="130" w:type="dxa"/>
              <w:left w:w="150" w:type="dxa"/>
              <w:bottom w:w="130" w:type="dxa"/>
              <w:right w:w="150" w:type="dxa"/>
            </w:tcMar>
            <w:vAlign w:val="center"/>
          </w:tcPr>
          <w:p w14:paraId="5C31B053" w14:textId="2970CE58" w:rsidR="005E0DB6" w:rsidRPr="002C14E1" w:rsidRDefault="005E0DB6">
            <w:pPr>
              <w:spacing w:after="40"/>
              <w:rPr>
                <w:rFonts w:ascii="Aspira" w:hAnsi="Aspira"/>
                <w:b/>
                <w:color w:val="FFFFFF"/>
                <w:sz w:val="22"/>
              </w:rPr>
            </w:pPr>
            <w:r w:rsidRPr="002C14E1">
              <w:rPr>
                <w:rFonts w:ascii="Aspira" w:hAnsi="Aspira"/>
                <w:i/>
                <w:color w:val="666666"/>
                <w:sz w:val="18"/>
              </w:rPr>
              <w:t>Provide an example that demonstrates how you have promoted positive working relationships, staff wellbeing, dignity at work or a constructive organisational culture. Explain the issue or opportunity, your own role, the action you took, how you handled any sensitive or confidential matters, and the outcome achieved.</w:t>
            </w:r>
          </w:p>
        </w:tc>
      </w:tr>
    </w:tbl>
    <w:p w14:paraId="2FC485F6" w14:textId="77777777" w:rsidR="005970D7" w:rsidRPr="002C14E1" w:rsidRDefault="005970D7">
      <w:pPr>
        <w:spacing w:after="0"/>
        <w:rPr>
          <w:rFonts w:ascii="Aspira" w:hAnsi="Aspira"/>
        </w:rPr>
      </w:pPr>
    </w:p>
    <w:p w14:paraId="69317359" w14:textId="77777777" w:rsidR="005970D7" w:rsidRPr="002C14E1" w:rsidRDefault="005970D7">
      <w:pPr>
        <w:spacing w:after="0"/>
        <w:rPr>
          <w:rFonts w:ascii="Aspira" w:hAnsi="Aspira"/>
        </w:rPr>
      </w:pPr>
    </w:p>
    <w:p w14:paraId="29230A21" w14:textId="77777777" w:rsidR="005970D7" w:rsidRPr="002C14E1" w:rsidRDefault="007802B5">
      <w:pPr>
        <w:spacing w:after="60"/>
        <w:rPr>
          <w:rFonts w:ascii="Aspira" w:hAnsi="Aspira"/>
        </w:rPr>
      </w:pPr>
      <w:r w:rsidRPr="002C14E1">
        <w:rPr>
          <w:rFonts w:ascii="Aspira" w:hAnsi="Aspira"/>
          <w:b/>
          <w:color w:val="2F6F73"/>
        </w:rPr>
        <w:t>Your response (maximum 250 words):</w:t>
      </w:r>
    </w:p>
    <w:tbl>
      <w:tblPr>
        <w:tblStyle w:val="TableGrid"/>
        <w:tblW w:w="0" w:type="auto"/>
        <w:tblLayout w:type="fixed"/>
        <w:tblLook w:val="04A0" w:firstRow="1" w:lastRow="0" w:firstColumn="1" w:lastColumn="0" w:noHBand="0" w:noVBand="1"/>
      </w:tblPr>
      <w:tblGrid>
        <w:gridCol w:w="9895"/>
      </w:tblGrid>
      <w:tr w:rsidR="005970D7" w:rsidRPr="002C14E1" w14:paraId="3F71DD9C" w14:textId="77777777" w:rsidTr="002C14E1">
        <w:tc>
          <w:tcPr>
            <w:tcW w:w="9895" w:type="dxa"/>
            <w:tcMar>
              <w:top w:w="140" w:type="dxa"/>
              <w:left w:w="145" w:type="dxa"/>
              <w:bottom w:w="140" w:type="dxa"/>
              <w:right w:w="145" w:type="dxa"/>
            </w:tcMar>
            <w:vAlign w:val="center"/>
          </w:tcPr>
          <w:p w14:paraId="404863F0" w14:textId="77777777" w:rsidR="005970D7" w:rsidRPr="002C14E1" w:rsidRDefault="005970D7">
            <w:pPr>
              <w:spacing w:after="40"/>
              <w:rPr>
                <w:rFonts w:ascii="Aspira" w:hAnsi="Aspira"/>
              </w:rPr>
            </w:pPr>
          </w:p>
          <w:p w14:paraId="342EC0C2" w14:textId="77777777" w:rsidR="005970D7" w:rsidRPr="002C14E1" w:rsidRDefault="007802B5">
            <w:pPr>
              <w:spacing w:after="40"/>
              <w:rPr>
                <w:rFonts w:ascii="Aspira" w:hAnsi="Aspira"/>
              </w:rPr>
            </w:pPr>
            <w:r w:rsidRPr="002C14E1">
              <w:rPr>
                <w:rFonts w:ascii="Aspira" w:hAnsi="Aspira"/>
                <w:sz w:val="18"/>
              </w:rPr>
              <w:t xml:space="preserve"> </w:t>
            </w:r>
          </w:p>
          <w:p w14:paraId="00A5B2C3" w14:textId="77777777" w:rsidR="005970D7" w:rsidRPr="002C14E1" w:rsidRDefault="007802B5">
            <w:pPr>
              <w:spacing w:after="40"/>
              <w:rPr>
                <w:rFonts w:ascii="Aspira" w:hAnsi="Aspira"/>
              </w:rPr>
            </w:pPr>
            <w:r w:rsidRPr="002C14E1">
              <w:rPr>
                <w:rFonts w:ascii="Aspira" w:hAnsi="Aspira"/>
                <w:sz w:val="18"/>
              </w:rPr>
              <w:t xml:space="preserve"> </w:t>
            </w:r>
          </w:p>
          <w:p w14:paraId="6FC7A5F9" w14:textId="77777777" w:rsidR="005970D7" w:rsidRPr="002C14E1" w:rsidRDefault="007802B5">
            <w:pPr>
              <w:spacing w:after="40"/>
              <w:rPr>
                <w:rFonts w:ascii="Aspira" w:hAnsi="Aspira"/>
              </w:rPr>
            </w:pPr>
            <w:r w:rsidRPr="002C14E1">
              <w:rPr>
                <w:rFonts w:ascii="Aspira" w:hAnsi="Aspira"/>
                <w:sz w:val="18"/>
              </w:rPr>
              <w:t xml:space="preserve"> </w:t>
            </w:r>
          </w:p>
          <w:p w14:paraId="59373812" w14:textId="77777777" w:rsidR="005970D7" w:rsidRPr="002C14E1" w:rsidRDefault="007802B5">
            <w:pPr>
              <w:spacing w:after="40"/>
              <w:rPr>
                <w:rFonts w:ascii="Aspira" w:hAnsi="Aspira"/>
              </w:rPr>
            </w:pPr>
            <w:r w:rsidRPr="002C14E1">
              <w:rPr>
                <w:rFonts w:ascii="Aspira" w:hAnsi="Aspira"/>
                <w:sz w:val="18"/>
              </w:rPr>
              <w:t xml:space="preserve"> </w:t>
            </w:r>
          </w:p>
          <w:p w14:paraId="366EDE3C" w14:textId="77777777" w:rsidR="005970D7" w:rsidRPr="002C14E1" w:rsidRDefault="007802B5">
            <w:pPr>
              <w:spacing w:after="40"/>
              <w:rPr>
                <w:rFonts w:ascii="Aspira" w:hAnsi="Aspira"/>
              </w:rPr>
            </w:pPr>
            <w:r w:rsidRPr="002C14E1">
              <w:rPr>
                <w:rFonts w:ascii="Aspira" w:hAnsi="Aspira"/>
                <w:sz w:val="18"/>
              </w:rPr>
              <w:t xml:space="preserve"> </w:t>
            </w:r>
          </w:p>
          <w:p w14:paraId="56507984" w14:textId="77777777" w:rsidR="005970D7" w:rsidRPr="002C14E1" w:rsidRDefault="007802B5">
            <w:pPr>
              <w:spacing w:after="40"/>
              <w:rPr>
                <w:rFonts w:ascii="Aspira" w:hAnsi="Aspira"/>
              </w:rPr>
            </w:pPr>
            <w:r w:rsidRPr="002C14E1">
              <w:rPr>
                <w:rFonts w:ascii="Aspira" w:hAnsi="Aspira"/>
                <w:sz w:val="18"/>
              </w:rPr>
              <w:t xml:space="preserve"> </w:t>
            </w:r>
          </w:p>
          <w:p w14:paraId="68528EFF" w14:textId="77777777" w:rsidR="005970D7" w:rsidRPr="002C14E1" w:rsidRDefault="007802B5">
            <w:pPr>
              <w:spacing w:after="40"/>
              <w:rPr>
                <w:rFonts w:ascii="Aspira" w:hAnsi="Aspira"/>
              </w:rPr>
            </w:pPr>
            <w:r w:rsidRPr="002C14E1">
              <w:rPr>
                <w:rFonts w:ascii="Aspira" w:hAnsi="Aspira"/>
                <w:sz w:val="18"/>
              </w:rPr>
              <w:t xml:space="preserve"> </w:t>
            </w:r>
          </w:p>
          <w:p w14:paraId="4244C8DE" w14:textId="77777777" w:rsidR="005970D7" w:rsidRPr="002C14E1" w:rsidRDefault="007802B5">
            <w:pPr>
              <w:spacing w:after="40"/>
              <w:rPr>
                <w:rFonts w:ascii="Aspira" w:hAnsi="Aspira"/>
              </w:rPr>
            </w:pPr>
            <w:r w:rsidRPr="002C14E1">
              <w:rPr>
                <w:rFonts w:ascii="Aspira" w:hAnsi="Aspira"/>
                <w:sz w:val="18"/>
              </w:rPr>
              <w:t xml:space="preserve"> </w:t>
            </w:r>
          </w:p>
          <w:p w14:paraId="63DACCA1" w14:textId="77777777" w:rsidR="005970D7" w:rsidRPr="002C14E1" w:rsidRDefault="007802B5">
            <w:pPr>
              <w:spacing w:after="40"/>
              <w:rPr>
                <w:rFonts w:ascii="Aspira" w:hAnsi="Aspira"/>
              </w:rPr>
            </w:pPr>
            <w:r w:rsidRPr="002C14E1">
              <w:rPr>
                <w:rFonts w:ascii="Aspira" w:hAnsi="Aspira"/>
                <w:sz w:val="18"/>
              </w:rPr>
              <w:t xml:space="preserve"> </w:t>
            </w:r>
          </w:p>
          <w:p w14:paraId="5BE9307A" w14:textId="77777777" w:rsidR="005970D7" w:rsidRPr="002C14E1" w:rsidRDefault="007802B5">
            <w:pPr>
              <w:spacing w:after="40"/>
              <w:rPr>
                <w:rFonts w:ascii="Aspira" w:hAnsi="Aspira"/>
              </w:rPr>
            </w:pPr>
            <w:r w:rsidRPr="002C14E1">
              <w:rPr>
                <w:rFonts w:ascii="Aspira" w:hAnsi="Aspira"/>
                <w:sz w:val="18"/>
              </w:rPr>
              <w:t xml:space="preserve"> </w:t>
            </w:r>
          </w:p>
          <w:p w14:paraId="1BF5990E" w14:textId="77777777" w:rsidR="005970D7" w:rsidRPr="002C14E1" w:rsidRDefault="007802B5">
            <w:pPr>
              <w:spacing w:after="40"/>
              <w:rPr>
                <w:rFonts w:ascii="Aspira" w:hAnsi="Aspira"/>
              </w:rPr>
            </w:pPr>
            <w:r w:rsidRPr="002C14E1">
              <w:rPr>
                <w:rFonts w:ascii="Aspira" w:hAnsi="Aspira"/>
                <w:sz w:val="18"/>
              </w:rPr>
              <w:lastRenderedPageBreak/>
              <w:t xml:space="preserve"> </w:t>
            </w:r>
          </w:p>
          <w:p w14:paraId="37FD74AB" w14:textId="77777777" w:rsidR="005970D7" w:rsidRPr="002C14E1" w:rsidRDefault="007802B5">
            <w:pPr>
              <w:spacing w:after="40"/>
              <w:rPr>
                <w:rFonts w:ascii="Aspira" w:hAnsi="Aspira"/>
              </w:rPr>
            </w:pPr>
            <w:r w:rsidRPr="002C14E1">
              <w:rPr>
                <w:rFonts w:ascii="Aspira" w:hAnsi="Aspira"/>
                <w:sz w:val="18"/>
              </w:rPr>
              <w:t xml:space="preserve"> </w:t>
            </w:r>
          </w:p>
          <w:p w14:paraId="1171A202" w14:textId="77777777" w:rsidR="005970D7" w:rsidRPr="002C14E1" w:rsidRDefault="007802B5">
            <w:pPr>
              <w:spacing w:after="40"/>
              <w:rPr>
                <w:rFonts w:ascii="Aspira" w:hAnsi="Aspira"/>
              </w:rPr>
            </w:pPr>
            <w:r w:rsidRPr="002C14E1">
              <w:rPr>
                <w:rFonts w:ascii="Aspira" w:hAnsi="Aspira"/>
                <w:sz w:val="18"/>
              </w:rPr>
              <w:t xml:space="preserve"> </w:t>
            </w:r>
          </w:p>
          <w:p w14:paraId="4F60F10E" w14:textId="77777777" w:rsidR="005970D7" w:rsidRPr="002C14E1" w:rsidRDefault="007802B5">
            <w:pPr>
              <w:spacing w:after="40"/>
              <w:rPr>
                <w:rFonts w:ascii="Aspira" w:hAnsi="Aspira"/>
              </w:rPr>
            </w:pPr>
            <w:r w:rsidRPr="002C14E1">
              <w:rPr>
                <w:rFonts w:ascii="Aspira" w:hAnsi="Aspira"/>
                <w:sz w:val="18"/>
              </w:rPr>
              <w:t xml:space="preserve"> </w:t>
            </w:r>
          </w:p>
          <w:p w14:paraId="550C871E" w14:textId="77777777" w:rsidR="005970D7" w:rsidRPr="002C14E1" w:rsidRDefault="007802B5">
            <w:pPr>
              <w:spacing w:after="40"/>
              <w:rPr>
                <w:rFonts w:ascii="Aspira" w:hAnsi="Aspira"/>
              </w:rPr>
            </w:pPr>
            <w:r w:rsidRPr="002C14E1">
              <w:rPr>
                <w:rFonts w:ascii="Aspira" w:hAnsi="Aspira"/>
                <w:sz w:val="18"/>
              </w:rPr>
              <w:t xml:space="preserve"> </w:t>
            </w:r>
          </w:p>
          <w:p w14:paraId="5CA86C5A" w14:textId="77777777" w:rsidR="005970D7" w:rsidRPr="002C14E1" w:rsidRDefault="007802B5">
            <w:pPr>
              <w:spacing w:after="40"/>
              <w:rPr>
                <w:rFonts w:ascii="Aspira" w:hAnsi="Aspira"/>
              </w:rPr>
            </w:pPr>
            <w:r w:rsidRPr="002C14E1">
              <w:rPr>
                <w:rFonts w:ascii="Aspira" w:hAnsi="Aspira"/>
                <w:sz w:val="18"/>
              </w:rPr>
              <w:t xml:space="preserve"> </w:t>
            </w:r>
          </w:p>
          <w:p w14:paraId="4451AC76" w14:textId="77777777" w:rsidR="005970D7" w:rsidRPr="002C14E1" w:rsidRDefault="007802B5">
            <w:pPr>
              <w:spacing w:after="40"/>
              <w:rPr>
                <w:rFonts w:ascii="Aspira" w:hAnsi="Aspira"/>
              </w:rPr>
            </w:pPr>
            <w:r w:rsidRPr="002C14E1">
              <w:rPr>
                <w:rFonts w:ascii="Aspira" w:hAnsi="Aspira"/>
                <w:sz w:val="18"/>
              </w:rPr>
              <w:t xml:space="preserve"> </w:t>
            </w:r>
          </w:p>
          <w:p w14:paraId="0C51F6B3" w14:textId="77777777" w:rsidR="005970D7" w:rsidRPr="002C14E1" w:rsidRDefault="007802B5">
            <w:pPr>
              <w:spacing w:after="40"/>
              <w:rPr>
                <w:rFonts w:ascii="Aspira" w:hAnsi="Aspira"/>
              </w:rPr>
            </w:pPr>
            <w:r w:rsidRPr="002C14E1">
              <w:rPr>
                <w:rFonts w:ascii="Aspira" w:hAnsi="Aspira"/>
                <w:sz w:val="18"/>
              </w:rPr>
              <w:t xml:space="preserve"> </w:t>
            </w:r>
          </w:p>
        </w:tc>
      </w:tr>
    </w:tbl>
    <w:p w14:paraId="0E4F8670" w14:textId="77777777" w:rsidR="005970D7" w:rsidRDefault="005970D7">
      <w:pPr>
        <w:spacing w:after="0"/>
        <w:rPr>
          <w:rFonts w:ascii="Aspira" w:hAnsi="Aspira"/>
        </w:rPr>
      </w:pPr>
    </w:p>
    <w:p w14:paraId="334F6760" w14:textId="77777777" w:rsidR="005E0DB6" w:rsidRDefault="005E0DB6">
      <w:pPr>
        <w:spacing w:after="0"/>
        <w:rPr>
          <w:rFonts w:ascii="Aspira" w:hAnsi="Aspira"/>
        </w:rPr>
      </w:pPr>
    </w:p>
    <w:p w14:paraId="3ED99A5A" w14:textId="77777777" w:rsidR="005E0DB6" w:rsidRPr="002C14E1" w:rsidRDefault="005E0DB6">
      <w:pPr>
        <w:spacing w:after="0"/>
        <w:rPr>
          <w:rFonts w:ascii="Aspira" w:hAnsi="Aspira"/>
        </w:rPr>
      </w:pPr>
    </w:p>
    <w:tbl>
      <w:tblPr>
        <w:tblStyle w:val="TableGrid"/>
        <w:tblW w:w="0" w:type="auto"/>
        <w:tblLayout w:type="fixed"/>
        <w:tblLook w:val="04A0" w:firstRow="1" w:lastRow="0" w:firstColumn="1" w:lastColumn="0" w:noHBand="0" w:noVBand="1"/>
      </w:tblPr>
      <w:tblGrid>
        <w:gridCol w:w="9895"/>
      </w:tblGrid>
      <w:tr w:rsidR="005970D7" w:rsidRPr="002C14E1" w14:paraId="40D1A777" w14:textId="77777777" w:rsidTr="005E0DB6">
        <w:tc>
          <w:tcPr>
            <w:tcW w:w="9895" w:type="dxa"/>
            <w:shd w:val="clear" w:color="auto" w:fill="215868" w:themeFill="accent5" w:themeFillShade="80"/>
            <w:tcMar>
              <w:top w:w="130" w:type="dxa"/>
              <w:left w:w="150" w:type="dxa"/>
              <w:bottom w:w="130" w:type="dxa"/>
              <w:right w:w="150" w:type="dxa"/>
            </w:tcMar>
            <w:vAlign w:val="center"/>
          </w:tcPr>
          <w:p w14:paraId="1BE52538" w14:textId="5E533C14" w:rsidR="005970D7" w:rsidRPr="002C14E1" w:rsidRDefault="005E0DB6">
            <w:pPr>
              <w:spacing w:after="40"/>
              <w:rPr>
                <w:rFonts w:ascii="Aspira" w:hAnsi="Aspira"/>
              </w:rPr>
            </w:pPr>
            <w:r>
              <w:rPr>
                <w:rFonts w:ascii="Aspira" w:hAnsi="Aspira"/>
                <w:b/>
                <w:color w:val="FFFFFF"/>
                <w:sz w:val="22"/>
              </w:rPr>
              <w:t>4</w:t>
            </w:r>
            <w:r w:rsidR="007802B5" w:rsidRPr="002C14E1">
              <w:rPr>
                <w:rFonts w:ascii="Aspira" w:hAnsi="Aspira"/>
                <w:b/>
                <w:color w:val="FFFFFF"/>
                <w:sz w:val="22"/>
              </w:rPr>
              <w:t>.4 SENIOR MANAGEMENT TEAM RESPONSIBILITIES</w:t>
            </w:r>
          </w:p>
        </w:tc>
      </w:tr>
      <w:tr w:rsidR="005E0DB6" w:rsidRPr="002C14E1" w14:paraId="31F4F806" w14:textId="77777777" w:rsidTr="005E0DB6">
        <w:tc>
          <w:tcPr>
            <w:tcW w:w="9895" w:type="dxa"/>
            <w:tcMar>
              <w:top w:w="130" w:type="dxa"/>
              <w:left w:w="150" w:type="dxa"/>
              <w:bottom w:w="130" w:type="dxa"/>
              <w:right w:w="150" w:type="dxa"/>
            </w:tcMar>
            <w:vAlign w:val="center"/>
          </w:tcPr>
          <w:p w14:paraId="4397CF35" w14:textId="3266C760" w:rsidR="005E0DB6" w:rsidRPr="002C14E1" w:rsidRDefault="005E0DB6">
            <w:pPr>
              <w:spacing w:after="40"/>
              <w:rPr>
                <w:rFonts w:ascii="Aspira" w:hAnsi="Aspira"/>
                <w:b/>
                <w:color w:val="FFFFFF"/>
                <w:sz w:val="22"/>
              </w:rPr>
            </w:pPr>
            <w:r w:rsidRPr="002C14E1">
              <w:rPr>
                <w:rFonts w:ascii="Aspira" w:hAnsi="Aspira"/>
                <w:i/>
                <w:color w:val="666666"/>
                <w:sz w:val="18"/>
              </w:rPr>
              <w:t>Provide an example that demonstrates your effectiveness as a member of a senior management team. Include your contribution to organisational planning, policy development, decision-making, service improvement, audit, monitoring or quality assurance; maintaining accurate documentation and records; preparing reports or papers for senior management or a Board; and representing your organisation with external stakeholders. Make your personal contribution and the outcome clear.</w:t>
            </w:r>
          </w:p>
        </w:tc>
      </w:tr>
    </w:tbl>
    <w:p w14:paraId="46125D11" w14:textId="77777777" w:rsidR="005970D7" w:rsidRPr="002C14E1" w:rsidRDefault="005970D7">
      <w:pPr>
        <w:spacing w:after="0"/>
        <w:rPr>
          <w:rFonts w:ascii="Aspira" w:hAnsi="Aspira"/>
        </w:rPr>
      </w:pPr>
    </w:p>
    <w:p w14:paraId="23A99610" w14:textId="77777777" w:rsidR="005970D7" w:rsidRPr="002C14E1" w:rsidRDefault="005970D7">
      <w:pPr>
        <w:spacing w:after="0"/>
        <w:rPr>
          <w:rFonts w:ascii="Aspira" w:hAnsi="Aspira"/>
        </w:rPr>
      </w:pPr>
    </w:p>
    <w:p w14:paraId="3BEEBC27" w14:textId="77777777" w:rsidR="005970D7" w:rsidRPr="002C14E1" w:rsidRDefault="007802B5">
      <w:pPr>
        <w:spacing w:after="60"/>
        <w:rPr>
          <w:rFonts w:ascii="Aspira" w:hAnsi="Aspira"/>
        </w:rPr>
      </w:pPr>
      <w:r w:rsidRPr="002C14E1">
        <w:rPr>
          <w:rFonts w:ascii="Aspira" w:hAnsi="Aspira"/>
          <w:b/>
          <w:color w:val="2F6F73"/>
        </w:rPr>
        <w:t>Your response (maximum 250 words):</w:t>
      </w:r>
    </w:p>
    <w:tbl>
      <w:tblPr>
        <w:tblStyle w:val="TableGrid"/>
        <w:tblW w:w="0" w:type="auto"/>
        <w:tblLayout w:type="fixed"/>
        <w:tblLook w:val="04A0" w:firstRow="1" w:lastRow="0" w:firstColumn="1" w:lastColumn="0" w:noHBand="0" w:noVBand="1"/>
      </w:tblPr>
      <w:tblGrid>
        <w:gridCol w:w="9895"/>
      </w:tblGrid>
      <w:tr w:rsidR="005970D7" w:rsidRPr="002C14E1" w14:paraId="5FD3764A" w14:textId="77777777" w:rsidTr="002C14E1">
        <w:tc>
          <w:tcPr>
            <w:tcW w:w="9895" w:type="dxa"/>
            <w:tcMar>
              <w:top w:w="140" w:type="dxa"/>
              <w:left w:w="145" w:type="dxa"/>
              <w:bottom w:w="140" w:type="dxa"/>
              <w:right w:w="145" w:type="dxa"/>
            </w:tcMar>
            <w:vAlign w:val="center"/>
          </w:tcPr>
          <w:p w14:paraId="50B503ED" w14:textId="77777777" w:rsidR="005970D7" w:rsidRPr="002C14E1" w:rsidRDefault="005970D7">
            <w:pPr>
              <w:spacing w:after="40"/>
              <w:rPr>
                <w:rFonts w:ascii="Aspira" w:hAnsi="Aspira"/>
              </w:rPr>
            </w:pPr>
          </w:p>
          <w:p w14:paraId="4B647A2E" w14:textId="77777777" w:rsidR="005970D7" w:rsidRPr="002C14E1" w:rsidRDefault="007802B5">
            <w:pPr>
              <w:spacing w:after="40"/>
              <w:rPr>
                <w:rFonts w:ascii="Aspira" w:hAnsi="Aspira"/>
              </w:rPr>
            </w:pPr>
            <w:r w:rsidRPr="002C14E1">
              <w:rPr>
                <w:rFonts w:ascii="Aspira" w:hAnsi="Aspira"/>
                <w:sz w:val="18"/>
              </w:rPr>
              <w:t xml:space="preserve"> </w:t>
            </w:r>
          </w:p>
          <w:p w14:paraId="68B023CE" w14:textId="77777777" w:rsidR="005970D7" w:rsidRPr="002C14E1" w:rsidRDefault="007802B5">
            <w:pPr>
              <w:spacing w:after="40"/>
              <w:rPr>
                <w:rFonts w:ascii="Aspira" w:hAnsi="Aspira"/>
              </w:rPr>
            </w:pPr>
            <w:r w:rsidRPr="002C14E1">
              <w:rPr>
                <w:rFonts w:ascii="Aspira" w:hAnsi="Aspira"/>
                <w:sz w:val="18"/>
              </w:rPr>
              <w:t xml:space="preserve"> </w:t>
            </w:r>
          </w:p>
          <w:p w14:paraId="485A81A8" w14:textId="77777777" w:rsidR="005970D7" w:rsidRPr="002C14E1" w:rsidRDefault="007802B5">
            <w:pPr>
              <w:spacing w:after="40"/>
              <w:rPr>
                <w:rFonts w:ascii="Aspira" w:hAnsi="Aspira"/>
              </w:rPr>
            </w:pPr>
            <w:r w:rsidRPr="002C14E1">
              <w:rPr>
                <w:rFonts w:ascii="Aspira" w:hAnsi="Aspira"/>
                <w:sz w:val="18"/>
              </w:rPr>
              <w:t xml:space="preserve"> </w:t>
            </w:r>
          </w:p>
          <w:p w14:paraId="532CF27B" w14:textId="77777777" w:rsidR="005970D7" w:rsidRPr="002C14E1" w:rsidRDefault="007802B5">
            <w:pPr>
              <w:spacing w:after="40"/>
              <w:rPr>
                <w:rFonts w:ascii="Aspira" w:hAnsi="Aspira"/>
              </w:rPr>
            </w:pPr>
            <w:r w:rsidRPr="002C14E1">
              <w:rPr>
                <w:rFonts w:ascii="Aspira" w:hAnsi="Aspira"/>
                <w:sz w:val="18"/>
              </w:rPr>
              <w:t xml:space="preserve"> </w:t>
            </w:r>
          </w:p>
          <w:p w14:paraId="7E5F3A76" w14:textId="77777777" w:rsidR="005970D7" w:rsidRPr="002C14E1" w:rsidRDefault="007802B5">
            <w:pPr>
              <w:spacing w:after="40"/>
              <w:rPr>
                <w:rFonts w:ascii="Aspira" w:hAnsi="Aspira"/>
              </w:rPr>
            </w:pPr>
            <w:r w:rsidRPr="002C14E1">
              <w:rPr>
                <w:rFonts w:ascii="Aspira" w:hAnsi="Aspira"/>
                <w:sz w:val="18"/>
              </w:rPr>
              <w:t xml:space="preserve"> </w:t>
            </w:r>
          </w:p>
          <w:p w14:paraId="2652C2A5" w14:textId="77777777" w:rsidR="005970D7" w:rsidRPr="002C14E1" w:rsidRDefault="007802B5">
            <w:pPr>
              <w:spacing w:after="40"/>
              <w:rPr>
                <w:rFonts w:ascii="Aspira" w:hAnsi="Aspira"/>
              </w:rPr>
            </w:pPr>
            <w:r w:rsidRPr="002C14E1">
              <w:rPr>
                <w:rFonts w:ascii="Aspira" w:hAnsi="Aspira"/>
                <w:sz w:val="18"/>
              </w:rPr>
              <w:t xml:space="preserve"> </w:t>
            </w:r>
          </w:p>
          <w:p w14:paraId="5001FE7F" w14:textId="77777777" w:rsidR="005970D7" w:rsidRPr="002C14E1" w:rsidRDefault="007802B5">
            <w:pPr>
              <w:spacing w:after="40"/>
              <w:rPr>
                <w:rFonts w:ascii="Aspira" w:hAnsi="Aspira"/>
              </w:rPr>
            </w:pPr>
            <w:r w:rsidRPr="002C14E1">
              <w:rPr>
                <w:rFonts w:ascii="Aspira" w:hAnsi="Aspira"/>
                <w:sz w:val="18"/>
              </w:rPr>
              <w:t xml:space="preserve"> </w:t>
            </w:r>
          </w:p>
          <w:p w14:paraId="778D1DB5" w14:textId="77777777" w:rsidR="005970D7" w:rsidRPr="002C14E1" w:rsidRDefault="007802B5">
            <w:pPr>
              <w:spacing w:after="40"/>
              <w:rPr>
                <w:rFonts w:ascii="Aspira" w:hAnsi="Aspira"/>
              </w:rPr>
            </w:pPr>
            <w:r w:rsidRPr="002C14E1">
              <w:rPr>
                <w:rFonts w:ascii="Aspira" w:hAnsi="Aspira"/>
                <w:sz w:val="18"/>
              </w:rPr>
              <w:t xml:space="preserve"> </w:t>
            </w:r>
          </w:p>
          <w:p w14:paraId="7BB9A535" w14:textId="77777777" w:rsidR="005970D7" w:rsidRPr="002C14E1" w:rsidRDefault="007802B5">
            <w:pPr>
              <w:spacing w:after="40"/>
              <w:rPr>
                <w:rFonts w:ascii="Aspira" w:hAnsi="Aspira"/>
              </w:rPr>
            </w:pPr>
            <w:r w:rsidRPr="002C14E1">
              <w:rPr>
                <w:rFonts w:ascii="Aspira" w:hAnsi="Aspira"/>
                <w:sz w:val="18"/>
              </w:rPr>
              <w:t xml:space="preserve"> </w:t>
            </w:r>
          </w:p>
          <w:p w14:paraId="1C03D738" w14:textId="77777777" w:rsidR="005970D7" w:rsidRPr="002C14E1" w:rsidRDefault="007802B5">
            <w:pPr>
              <w:spacing w:after="40"/>
              <w:rPr>
                <w:rFonts w:ascii="Aspira" w:hAnsi="Aspira"/>
              </w:rPr>
            </w:pPr>
            <w:r w:rsidRPr="002C14E1">
              <w:rPr>
                <w:rFonts w:ascii="Aspira" w:hAnsi="Aspira"/>
                <w:sz w:val="18"/>
              </w:rPr>
              <w:t xml:space="preserve"> </w:t>
            </w:r>
          </w:p>
          <w:p w14:paraId="5A6447A6" w14:textId="77777777" w:rsidR="005970D7" w:rsidRPr="002C14E1" w:rsidRDefault="007802B5">
            <w:pPr>
              <w:spacing w:after="40"/>
              <w:rPr>
                <w:rFonts w:ascii="Aspira" w:hAnsi="Aspira"/>
              </w:rPr>
            </w:pPr>
            <w:r w:rsidRPr="002C14E1">
              <w:rPr>
                <w:rFonts w:ascii="Aspira" w:hAnsi="Aspira"/>
                <w:sz w:val="18"/>
              </w:rPr>
              <w:t xml:space="preserve"> </w:t>
            </w:r>
          </w:p>
          <w:p w14:paraId="541D9002" w14:textId="77777777" w:rsidR="005970D7" w:rsidRPr="002C14E1" w:rsidRDefault="007802B5">
            <w:pPr>
              <w:spacing w:after="40"/>
              <w:rPr>
                <w:rFonts w:ascii="Aspira" w:hAnsi="Aspira"/>
              </w:rPr>
            </w:pPr>
            <w:r w:rsidRPr="002C14E1">
              <w:rPr>
                <w:rFonts w:ascii="Aspira" w:hAnsi="Aspira"/>
                <w:sz w:val="18"/>
              </w:rPr>
              <w:t xml:space="preserve"> </w:t>
            </w:r>
          </w:p>
          <w:p w14:paraId="0D2A7B5D" w14:textId="77777777" w:rsidR="005970D7" w:rsidRPr="002C14E1" w:rsidRDefault="007802B5">
            <w:pPr>
              <w:spacing w:after="40"/>
              <w:rPr>
                <w:rFonts w:ascii="Aspira" w:hAnsi="Aspira"/>
              </w:rPr>
            </w:pPr>
            <w:r w:rsidRPr="002C14E1">
              <w:rPr>
                <w:rFonts w:ascii="Aspira" w:hAnsi="Aspira"/>
                <w:sz w:val="18"/>
              </w:rPr>
              <w:t xml:space="preserve"> </w:t>
            </w:r>
          </w:p>
          <w:p w14:paraId="31CB6212" w14:textId="77777777" w:rsidR="005970D7" w:rsidRPr="002C14E1" w:rsidRDefault="007802B5">
            <w:pPr>
              <w:spacing w:after="40"/>
              <w:rPr>
                <w:rFonts w:ascii="Aspira" w:hAnsi="Aspira"/>
              </w:rPr>
            </w:pPr>
            <w:r w:rsidRPr="002C14E1">
              <w:rPr>
                <w:rFonts w:ascii="Aspira" w:hAnsi="Aspira"/>
                <w:sz w:val="18"/>
              </w:rPr>
              <w:t xml:space="preserve"> </w:t>
            </w:r>
          </w:p>
          <w:p w14:paraId="627E2AB9" w14:textId="77777777" w:rsidR="005970D7" w:rsidRPr="002C14E1" w:rsidRDefault="007802B5">
            <w:pPr>
              <w:spacing w:after="40"/>
              <w:rPr>
                <w:rFonts w:ascii="Aspira" w:hAnsi="Aspira"/>
              </w:rPr>
            </w:pPr>
            <w:r w:rsidRPr="002C14E1">
              <w:rPr>
                <w:rFonts w:ascii="Aspira" w:hAnsi="Aspira"/>
                <w:sz w:val="18"/>
              </w:rPr>
              <w:t xml:space="preserve"> </w:t>
            </w:r>
          </w:p>
          <w:p w14:paraId="1D39E169" w14:textId="77777777" w:rsidR="005970D7" w:rsidRPr="002C14E1" w:rsidRDefault="007802B5">
            <w:pPr>
              <w:spacing w:after="40"/>
              <w:rPr>
                <w:rFonts w:ascii="Aspira" w:hAnsi="Aspira"/>
              </w:rPr>
            </w:pPr>
            <w:r w:rsidRPr="002C14E1">
              <w:rPr>
                <w:rFonts w:ascii="Aspira" w:hAnsi="Aspira"/>
                <w:sz w:val="18"/>
              </w:rPr>
              <w:t xml:space="preserve"> </w:t>
            </w:r>
          </w:p>
          <w:p w14:paraId="508949B1" w14:textId="77777777" w:rsidR="005970D7" w:rsidRPr="002C14E1" w:rsidRDefault="007802B5">
            <w:pPr>
              <w:spacing w:after="40"/>
              <w:rPr>
                <w:rFonts w:ascii="Aspira" w:hAnsi="Aspira"/>
              </w:rPr>
            </w:pPr>
            <w:r w:rsidRPr="002C14E1">
              <w:rPr>
                <w:rFonts w:ascii="Aspira" w:hAnsi="Aspira"/>
                <w:sz w:val="18"/>
              </w:rPr>
              <w:t xml:space="preserve"> </w:t>
            </w:r>
          </w:p>
          <w:p w14:paraId="3DDCEF41" w14:textId="77777777" w:rsidR="005970D7" w:rsidRPr="002C14E1" w:rsidRDefault="007802B5">
            <w:pPr>
              <w:spacing w:after="40"/>
              <w:rPr>
                <w:rFonts w:ascii="Aspira" w:hAnsi="Aspira"/>
              </w:rPr>
            </w:pPr>
            <w:r w:rsidRPr="002C14E1">
              <w:rPr>
                <w:rFonts w:ascii="Aspira" w:hAnsi="Aspira"/>
                <w:sz w:val="18"/>
              </w:rPr>
              <w:t xml:space="preserve"> </w:t>
            </w:r>
          </w:p>
        </w:tc>
      </w:tr>
    </w:tbl>
    <w:p w14:paraId="4E6DE161" w14:textId="77777777" w:rsidR="005970D7" w:rsidRPr="002C14E1" w:rsidRDefault="005970D7">
      <w:pPr>
        <w:spacing w:after="0"/>
        <w:rPr>
          <w:rFonts w:ascii="Aspira" w:hAnsi="Aspira"/>
        </w:rPr>
      </w:pPr>
    </w:p>
    <w:tbl>
      <w:tblPr>
        <w:tblStyle w:val="TableGrid"/>
        <w:tblW w:w="0" w:type="auto"/>
        <w:tblLayout w:type="fixed"/>
        <w:tblLook w:val="04A0" w:firstRow="1" w:lastRow="0" w:firstColumn="1" w:lastColumn="0" w:noHBand="0" w:noVBand="1"/>
      </w:tblPr>
      <w:tblGrid>
        <w:gridCol w:w="9895"/>
      </w:tblGrid>
      <w:tr w:rsidR="005970D7" w:rsidRPr="002C14E1" w14:paraId="172E6FE8" w14:textId="77777777" w:rsidTr="005E0DB6">
        <w:tc>
          <w:tcPr>
            <w:tcW w:w="9895" w:type="dxa"/>
            <w:shd w:val="clear" w:color="auto" w:fill="215868" w:themeFill="accent5" w:themeFillShade="80"/>
            <w:tcMar>
              <w:top w:w="130" w:type="dxa"/>
              <w:left w:w="150" w:type="dxa"/>
              <w:bottom w:w="130" w:type="dxa"/>
              <w:right w:w="150" w:type="dxa"/>
            </w:tcMar>
            <w:vAlign w:val="center"/>
          </w:tcPr>
          <w:p w14:paraId="686C20AD" w14:textId="14C51F69" w:rsidR="005970D7" w:rsidRPr="002C14E1" w:rsidRDefault="005E0DB6">
            <w:pPr>
              <w:spacing w:after="40"/>
              <w:rPr>
                <w:rFonts w:ascii="Aspira" w:hAnsi="Aspira"/>
              </w:rPr>
            </w:pPr>
            <w:r>
              <w:rPr>
                <w:rFonts w:ascii="Aspira" w:hAnsi="Aspira"/>
                <w:b/>
                <w:color w:val="FFFFFF"/>
                <w:sz w:val="22"/>
              </w:rPr>
              <w:t>5</w:t>
            </w:r>
            <w:r w:rsidR="007802B5" w:rsidRPr="002C14E1">
              <w:rPr>
                <w:rFonts w:ascii="Aspira" w:hAnsi="Aspira"/>
                <w:b/>
                <w:color w:val="FFFFFF"/>
                <w:sz w:val="22"/>
              </w:rPr>
              <w:t>. ADDITIONAL RELEVANT INFORMATION - OPTIONAL</w:t>
            </w:r>
          </w:p>
        </w:tc>
      </w:tr>
      <w:tr w:rsidR="005E0DB6" w:rsidRPr="002C14E1" w14:paraId="5963F1B8" w14:textId="77777777" w:rsidTr="005E0DB6">
        <w:tc>
          <w:tcPr>
            <w:tcW w:w="9895" w:type="dxa"/>
            <w:tcMar>
              <w:top w:w="130" w:type="dxa"/>
              <w:left w:w="150" w:type="dxa"/>
              <w:bottom w:w="130" w:type="dxa"/>
              <w:right w:w="150" w:type="dxa"/>
            </w:tcMar>
            <w:vAlign w:val="center"/>
          </w:tcPr>
          <w:p w14:paraId="3646E8F6" w14:textId="7C4A3DFF" w:rsidR="005E0DB6" w:rsidRPr="00750201" w:rsidRDefault="005E0DB6">
            <w:pPr>
              <w:spacing w:after="40"/>
              <w:rPr>
                <w:rFonts w:ascii="Aspira" w:hAnsi="Aspira"/>
                <w:b/>
                <w:bCs/>
                <w:color w:val="FFFFFF"/>
                <w:sz w:val="22"/>
              </w:rPr>
            </w:pPr>
            <w:r w:rsidRPr="00750201">
              <w:rPr>
                <w:rFonts w:ascii="Aspira" w:hAnsi="Aspira"/>
                <w:b/>
                <w:bCs/>
                <w:i/>
                <w:sz w:val="18"/>
              </w:rPr>
              <w:t>Maximum 150 words. Provide any significant information relevant to your suitability for this role that has not already been covered. Please do not repeat information provided in earlier sections.</w:t>
            </w:r>
          </w:p>
        </w:tc>
      </w:tr>
    </w:tbl>
    <w:p w14:paraId="6B87CFB3" w14:textId="77777777" w:rsidR="005970D7" w:rsidRPr="002C14E1" w:rsidRDefault="005970D7">
      <w:pPr>
        <w:spacing w:after="0"/>
        <w:rPr>
          <w:rFonts w:ascii="Aspira" w:hAnsi="Aspira"/>
        </w:rPr>
      </w:pPr>
    </w:p>
    <w:p w14:paraId="15CE6EC6" w14:textId="77777777" w:rsidR="005970D7" w:rsidRPr="002C14E1" w:rsidRDefault="005970D7">
      <w:pPr>
        <w:spacing w:after="0"/>
        <w:rPr>
          <w:rFonts w:ascii="Aspira" w:hAnsi="Aspira"/>
        </w:rPr>
      </w:pPr>
    </w:p>
    <w:p w14:paraId="2B7C6B70" w14:textId="77777777" w:rsidR="005970D7" w:rsidRPr="002C14E1" w:rsidRDefault="007802B5">
      <w:pPr>
        <w:spacing w:after="60"/>
        <w:rPr>
          <w:rFonts w:ascii="Aspira" w:hAnsi="Aspira"/>
        </w:rPr>
      </w:pPr>
      <w:r w:rsidRPr="002C14E1">
        <w:rPr>
          <w:rFonts w:ascii="Aspira" w:hAnsi="Aspira"/>
          <w:b/>
          <w:color w:val="2F6F73"/>
        </w:rPr>
        <w:t>Your response (maximum 150 words):</w:t>
      </w:r>
    </w:p>
    <w:tbl>
      <w:tblPr>
        <w:tblStyle w:val="TableGrid"/>
        <w:tblW w:w="0" w:type="auto"/>
        <w:tblLayout w:type="fixed"/>
        <w:tblLook w:val="04A0" w:firstRow="1" w:lastRow="0" w:firstColumn="1" w:lastColumn="0" w:noHBand="0" w:noVBand="1"/>
      </w:tblPr>
      <w:tblGrid>
        <w:gridCol w:w="9895"/>
      </w:tblGrid>
      <w:tr w:rsidR="005970D7" w:rsidRPr="002C14E1" w14:paraId="0B5C62B6" w14:textId="77777777" w:rsidTr="002C14E1">
        <w:tc>
          <w:tcPr>
            <w:tcW w:w="9895" w:type="dxa"/>
            <w:tcMar>
              <w:top w:w="140" w:type="dxa"/>
              <w:left w:w="145" w:type="dxa"/>
              <w:bottom w:w="140" w:type="dxa"/>
              <w:right w:w="145" w:type="dxa"/>
            </w:tcMar>
            <w:vAlign w:val="center"/>
          </w:tcPr>
          <w:p w14:paraId="5F32796F" w14:textId="77777777" w:rsidR="005970D7" w:rsidRPr="002C14E1" w:rsidRDefault="005970D7">
            <w:pPr>
              <w:spacing w:after="40"/>
              <w:rPr>
                <w:rFonts w:ascii="Aspira" w:hAnsi="Aspira"/>
              </w:rPr>
            </w:pPr>
          </w:p>
          <w:p w14:paraId="2E6977AF" w14:textId="77777777" w:rsidR="005970D7" w:rsidRPr="002C14E1" w:rsidRDefault="007802B5">
            <w:pPr>
              <w:spacing w:after="40"/>
              <w:rPr>
                <w:rFonts w:ascii="Aspira" w:hAnsi="Aspira"/>
              </w:rPr>
            </w:pPr>
            <w:r w:rsidRPr="002C14E1">
              <w:rPr>
                <w:rFonts w:ascii="Aspira" w:hAnsi="Aspira"/>
                <w:sz w:val="18"/>
              </w:rPr>
              <w:t xml:space="preserve"> </w:t>
            </w:r>
          </w:p>
          <w:p w14:paraId="1F213EAE" w14:textId="77777777" w:rsidR="005970D7" w:rsidRPr="002C14E1" w:rsidRDefault="007802B5">
            <w:pPr>
              <w:spacing w:after="40"/>
              <w:rPr>
                <w:rFonts w:ascii="Aspira" w:hAnsi="Aspira"/>
              </w:rPr>
            </w:pPr>
            <w:r w:rsidRPr="002C14E1">
              <w:rPr>
                <w:rFonts w:ascii="Aspira" w:hAnsi="Aspira"/>
                <w:sz w:val="18"/>
              </w:rPr>
              <w:t xml:space="preserve"> </w:t>
            </w:r>
          </w:p>
          <w:p w14:paraId="596E6556" w14:textId="77777777" w:rsidR="005970D7" w:rsidRPr="002C14E1" w:rsidRDefault="007802B5">
            <w:pPr>
              <w:spacing w:after="40"/>
              <w:rPr>
                <w:rFonts w:ascii="Aspira" w:hAnsi="Aspira"/>
              </w:rPr>
            </w:pPr>
            <w:r w:rsidRPr="002C14E1">
              <w:rPr>
                <w:rFonts w:ascii="Aspira" w:hAnsi="Aspira"/>
                <w:sz w:val="18"/>
              </w:rPr>
              <w:t xml:space="preserve"> </w:t>
            </w:r>
          </w:p>
          <w:p w14:paraId="7B32830F" w14:textId="77777777" w:rsidR="005970D7" w:rsidRPr="002C14E1" w:rsidRDefault="007802B5">
            <w:pPr>
              <w:spacing w:after="40"/>
              <w:rPr>
                <w:rFonts w:ascii="Aspira" w:hAnsi="Aspira"/>
              </w:rPr>
            </w:pPr>
            <w:r w:rsidRPr="002C14E1">
              <w:rPr>
                <w:rFonts w:ascii="Aspira" w:hAnsi="Aspira"/>
                <w:sz w:val="18"/>
              </w:rPr>
              <w:t xml:space="preserve"> </w:t>
            </w:r>
          </w:p>
          <w:p w14:paraId="5BDAC917" w14:textId="77777777" w:rsidR="005970D7" w:rsidRPr="002C14E1" w:rsidRDefault="007802B5">
            <w:pPr>
              <w:spacing w:after="40"/>
              <w:rPr>
                <w:rFonts w:ascii="Aspira" w:hAnsi="Aspira"/>
              </w:rPr>
            </w:pPr>
            <w:r w:rsidRPr="002C14E1">
              <w:rPr>
                <w:rFonts w:ascii="Aspira" w:hAnsi="Aspira"/>
                <w:sz w:val="18"/>
              </w:rPr>
              <w:t xml:space="preserve"> </w:t>
            </w:r>
          </w:p>
          <w:p w14:paraId="73614DE5" w14:textId="77777777" w:rsidR="005970D7" w:rsidRPr="002C14E1" w:rsidRDefault="007802B5">
            <w:pPr>
              <w:spacing w:after="40"/>
              <w:rPr>
                <w:rFonts w:ascii="Aspira" w:hAnsi="Aspira"/>
              </w:rPr>
            </w:pPr>
            <w:r w:rsidRPr="002C14E1">
              <w:rPr>
                <w:rFonts w:ascii="Aspira" w:hAnsi="Aspira"/>
                <w:sz w:val="18"/>
              </w:rPr>
              <w:t xml:space="preserve"> </w:t>
            </w:r>
          </w:p>
          <w:p w14:paraId="76F64286" w14:textId="77777777" w:rsidR="005970D7" w:rsidRPr="002C14E1" w:rsidRDefault="007802B5">
            <w:pPr>
              <w:spacing w:after="40"/>
              <w:rPr>
                <w:rFonts w:ascii="Aspira" w:hAnsi="Aspira"/>
              </w:rPr>
            </w:pPr>
            <w:r w:rsidRPr="002C14E1">
              <w:rPr>
                <w:rFonts w:ascii="Aspira" w:hAnsi="Aspira"/>
                <w:sz w:val="18"/>
              </w:rPr>
              <w:t xml:space="preserve"> </w:t>
            </w:r>
          </w:p>
          <w:p w14:paraId="60630417" w14:textId="77777777" w:rsidR="005970D7" w:rsidRPr="002C14E1" w:rsidRDefault="007802B5">
            <w:pPr>
              <w:spacing w:after="40"/>
              <w:rPr>
                <w:rFonts w:ascii="Aspira" w:hAnsi="Aspira"/>
              </w:rPr>
            </w:pPr>
            <w:r w:rsidRPr="002C14E1">
              <w:rPr>
                <w:rFonts w:ascii="Aspira" w:hAnsi="Aspira"/>
                <w:sz w:val="18"/>
              </w:rPr>
              <w:t xml:space="preserve"> </w:t>
            </w:r>
          </w:p>
          <w:p w14:paraId="51A0D878" w14:textId="77777777" w:rsidR="005970D7" w:rsidRPr="002C14E1" w:rsidRDefault="007802B5">
            <w:pPr>
              <w:spacing w:after="40"/>
              <w:rPr>
                <w:rFonts w:ascii="Aspira" w:hAnsi="Aspira"/>
              </w:rPr>
            </w:pPr>
            <w:r w:rsidRPr="002C14E1">
              <w:rPr>
                <w:rFonts w:ascii="Aspira" w:hAnsi="Aspira"/>
                <w:sz w:val="18"/>
              </w:rPr>
              <w:t xml:space="preserve"> </w:t>
            </w:r>
          </w:p>
          <w:p w14:paraId="229D65F0" w14:textId="77777777" w:rsidR="005970D7" w:rsidRPr="002C14E1" w:rsidRDefault="007802B5">
            <w:pPr>
              <w:spacing w:after="40"/>
              <w:rPr>
                <w:rFonts w:ascii="Aspira" w:hAnsi="Aspira"/>
              </w:rPr>
            </w:pPr>
            <w:r w:rsidRPr="002C14E1">
              <w:rPr>
                <w:rFonts w:ascii="Aspira" w:hAnsi="Aspira"/>
                <w:sz w:val="18"/>
              </w:rPr>
              <w:t xml:space="preserve"> </w:t>
            </w:r>
          </w:p>
        </w:tc>
      </w:tr>
    </w:tbl>
    <w:p w14:paraId="72438E45" w14:textId="77777777" w:rsidR="005970D7" w:rsidRPr="002C14E1" w:rsidRDefault="005970D7">
      <w:pPr>
        <w:spacing w:after="0"/>
        <w:rPr>
          <w:rFonts w:ascii="Aspira" w:hAnsi="Aspira"/>
        </w:rPr>
      </w:pPr>
    </w:p>
    <w:tbl>
      <w:tblPr>
        <w:tblStyle w:val="TableGrid"/>
        <w:tblW w:w="0" w:type="auto"/>
        <w:tblLayout w:type="fixed"/>
        <w:tblLook w:val="04A0" w:firstRow="1" w:lastRow="0" w:firstColumn="1" w:lastColumn="0" w:noHBand="0" w:noVBand="1"/>
      </w:tblPr>
      <w:tblGrid>
        <w:gridCol w:w="4947"/>
        <w:gridCol w:w="4948"/>
      </w:tblGrid>
      <w:tr w:rsidR="005970D7" w:rsidRPr="002C14E1" w14:paraId="71BB490D" w14:textId="77777777" w:rsidTr="005E0DB6">
        <w:tc>
          <w:tcPr>
            <w:tcW w:w="9895" w:type="dxa"/>
            <w:gridSpan w:val="2"/>
            <w:shd w:val="clear" w:color="auto" w:fill="215868" w:themeFill="accent5" w:themeFillShade="80"/>
            <w:tcMar>
              <w:top w:w="130" w:type="dxa"/>
              <w:left w:w="150" w:type="dxa"/>
              <w:bottom w:w="130" w:type="dxa"/>
              <w:right w:w="150" w:type="dxa"/>
            </w:tcMar>
            <w:vAlign w:val="center"/>
          </w:tcPr>
          <w:p w14:paraId="24B5E913" w14:textId="794F310D" w:rsidR="005970D7" w:rsidRPr="002C14E1" w:rsidRDefault="005E0DB6">
            <w:pPr>
              <w:spacing w:after="40"/>
              <w:rPr>
                <w:rFonts w:ascii="Aspira" w:hAnsi="Aspira"/>
              </w:rPr>
            </w:pPr>
            <w:r>
              <w:rPr>
                <w:rFonts w:ascii="Aspira" w:hAnsi="Aspira"/>
                <w:b/>
                <w:color w:val="FFFFFF"/>
                <w:sz w:val="22"/>
              </w:rPr>
              <w:t>6.</w:t>
            </w:r>
            <w:r w:rsidR="007802B5" w:rsidRPr="002C14E1">
              <w:rPr>
                <w:rFonts w:ascii="Aspira" w:hAnsi="Aspira"/>
                <w:b/>
                <w:color w:val="FFFFFF"/>
                <w:sz w:val="22"/>
              </w:rPr>
              <w:t xml:space="preserve"> REFEREES</w:t>
            </w:r>
          </w:p>
        </w:tc>
      </w:tr>
      <w:tr w:rsidR="005E0DB6" w:rsidRPr="002C14E1" w14:paraId="1BF3850F" w14:textId="77777777" w:rsidTr="005E0DB6">
        <w:tc>
          <w:tcPr>
            <w:tcW w:w="9895" w:type="dxa"/>
            <w:gridSpan w:val="2"/>
            <w:tcMar>
              <w:top w:w="130" w:type="dxa"/>
              <w:left w:w="150" w:type="dxa"/>
              <w:bottom w:w="130" w:type="dxa"/>
              <w:right w:w="150" w:type="dxa"/>
            </w:tcMar>
            <w:vAlign w:val="center"/>
          </w:tcPr>
          <w:p w14:paraId="3AEC728E" w14:textId="3830AC04" w:rsidR="005E0DB6" w:rsidRPr="00750201" w:rsidRDefault="005E0DB6">
            <w:pPr>
              <w:spacing w:after="40"/>
              <w:rPr>
                <w:rFonts w:ascii="Aspira" w:hAnsi="Aspira"/>
                <w:b/>
                <w:bCs/>
                <w:color w:val="FFFFFF"/>
                <w:sz w:val="22"/>
              </w:rPr>
            </w:pPr>
            <w:r w:rsidRPr="00750201">
              <w:rPr>
                <w:rFonts w:ascii="Aspira" w:hAnsi="Aspira"/>
                <w:b/>
                <w:bCs/>
                <w:i/>
                <w:sz w:val="18"/>
              </w:rPr>
              <w:t xml:space="preserve">References will be requested only as part of the job offer process. Please provide two professional referees, including your current or most recent employer where possible. Referees will not be contacted without </w:t>
            </w:r>
            <w:r w:rsidR="00750201">
              <w:rPr>
                <w:rFonts w:ascii="Aspira" w:hAnsi="Aspira"/>
                <w:b/>
                <w:bCs/>
                <w:i/>
                <w:sz w:val="18"/>
              </w:rPr>
              <w:t xml:space="preserve">contacting you in advance. </w:t>
            </w:r>
          </w:p>
        </w:tc>
      </w:tr>
      <w:tr w:rsidR="005E0DB6" w:rsidRPr="002C14E1" w14:paraId="4F5A8E8B" w14:textId="77777777" w:rsidTr="005E0DB6">
        <w:tc>
          <w:tcPr>
            <w:tcW w:w="4947" w:type="dxa"/>
            <w:shd w:val="clear" w:color="auto" w:fill="215868" w:themeFill="accent5" w:themeFillShade="80"/>
            <w:tcMar>
              <w:top w:w="130" w:type="dxa"/>
              <w:left w:w="150" w:type="dxa"/>
              <w:bottom w:w="130" w:type="dxa"/>
              <w:right w:w="150" w:type="dxa"/>
            </w:tcMar>
            <w:vAlign w:val="center"/>
          </w:tcPr>
          <w:p w14:paraId="4AA57630" w14:textId="7B75FC60" w:rsidR="005E0DB6" w:rsidRPr="002C14E1" w:rsidRDefault="005E0DB6" w:rsidP="005E0DB6">
            <w:pPr>
              <w:spacing w:after="40"/>
              <w:rPr>
                <w:rFonts w:ascii="Aspira" w:hAnsi="Aspira"/>
                <w:i/>
                <w:color w:val="666666"/>
                <w:sz w:val="18"/>
              </w:rPr>
            </w:pPr>
            <w:r w:rsidRPr="002C14E1">
              <w:rPr>
                <w:rFonts w:ascii="Aspira" w:hAnsi="Aspira"/>
                <w:b/>
                <w:color w:val="FFFFFF"/>
                <w:sz w:val="18"/>
              </w:rPr>
              <w:t>Referee 1</w:t>
            </w:r>
          </w:p>
        </w:tc>
        <w:tc>
          <w:tcPr>
            <w:tcW w:w="4948" w:type="dxa"/>
            <w:shd w:val="clear" w:color="auto" w:fill="215868" w:themeFill="accent5" w:themeFillShade="80"/>
            <w:vAlign w:val="center"/>
          </w:tcPr>
          <w:p w14:paraId="37E46099" w14:textId="785FEA34" w:rsidR="005E0DB6" w:rsidRPr="002C14E1" w:rsidRDefault="005E0DB6" w:rsidP="005E0DB6">
            <w:pPr>
              <w:spacing w:after="40"/>
              <w:rPr>
                <w:rFonts w:ascii="Aspira" w:hAnsi="Aspira"/>
                <w:i/>
                <w:color w:val="666666"/>
                <w:sz w:val="18"/>
              </w:rPr>
            </w:pPr>
            <w:r w:rsidRPr="002C14E1">
              <w:rPr>
                <w:rFonts w:ascii="Aspira" w:hAnsi="Aspira"/>
                <w:b/>
                <w:color w:val="FFFFFF"/>
                <w:sz w:val="18"/>
              </w:rPr>
              <w:t>Referee 2</w:t>
            </w:r>
          </w:p>
        </w:tc>
      </w:tr>
      <w:tr w:rsidR="005E0DB6" w:rsidRPr="002C14E1" w14:paraId="03F3BC4A" w14:textId="77777777" w:rsidTr="00F16BC7">
        <w:tc>
          <w:tcPr>
            <w:tcW w:w="4947" w:type="dxa"/>
            <w:tcMar>
              <w:top w:w="130" w:type="dxa"/>
              <w:left w:w="150" w:type="dxa"/>
              <w:bottom w:w="130" w:type="dxa"/>
              <w:right w:w="150" w:type="dxa"/>
            </w:tcMar>
            <w:vAlign w:val="center"/>
          </w:tcPr>
          <w:p w14:paraId="267FDD77" w14:textId="388B081F" w:rsidR="005E0DB6" w:rsidRPr="002C14E1" w:rsidRDefault="005E0DB6" w:rsidP="005E0DB6">
            <w:pPr>
              <w:spacing w:after="40"/>
              <w:rPr>
                <w:rFonts w:ascii="Aspira" w:hAnsi="Aspira"/>
                <w:b/>
                <w:color w:val="FFFFFF"/>
                <w:sz w:val="18"/>
              </w:rPr>
            </w:pPr>
            <w:r w:rsidRPr="002C14E1">
              <w:rPr>
                <w:rFonts w:ascii="Aspira" w:hAnsi="Aspira"/>
                <w:b/>
                <w:color w:val="666666"/>
                <w:sz w:val="18"/>
              </w:rPr>
              <w:t>Name:</w:t>
            </w:r>
            <w:r w:rsidRPr="002C14E1">
              <w:rPr>
                <w:rFonts w:ascii="Aspira" w:hAnsi="Aspira"/>
                <w:b/>
                <w:color w:val="666666"/>
                <w:sz w:val="18"/>
              </w:rPr>
              <w:br/>
              <w:t xml:space="preserve"> </w:t>
            </w:r>
          </w:p>
        </w:tc>
        <w:tc>
          <w:tcPr>
            <w:tcW w:w="4948" w:type="dxa"/>
            <w:vAlign w:val="center"/>
          </w:tcPr>
          <w:p w14:paraId="125FE57E" w14:textId="48C371AA" w:rsidR="005E0DB6" w:rsidRPr="002C14E1" w:rsidRDefault="005E0DB6" w:rsidP="005E0DB6">
            <w:pPr>
              <w:spacing w:after="40"/>
              <w:rPr>
                <w:rFonts w:ascii="Aspira" w:hAnsi="Aspira"/>
                <w:b/>
                <w:color w:val="FFFFFF"/>
                <w:sz w:val="18"/>
              </w:rPr>
            </w:pPr>
            <w:r w:rsidRPr="002C14E1">
              <w:rPr>
                <w:rFonts w:ascii="Aspira" w:hAnsi="Aspira"/>
                <w:b/>
                <w:color w:val="666666"/>
                <w:sz w:val="18"/>
              </w:rPr>
              <w:t>Name:</w:t>
            </w:r>
            <w:r w:rsidRPr="002C14E1">
              <w:rPr>
                <w:rFonts w:ascii="Aspira" w:hAnsi="Aspira"/>
                <w:b/>
                <w:color w:val="666666"/>
                <w:sz w:val="18"/>
              </w:rPr>
              <w:br/>
              <w:t xml:space="preserve"> </w:t>
            </w:r>
          </w:p>
        </w:tc>
      </w:tr>
      <w:tr w:rsidR="005E0DB6" w:rsidRPr="002C14E1" w14:paraId="47F859E2" w14:textId="77777777" w:rsidTr="00F16BC7">
        <w:tc>
          <w:tcPr>
            <w:tcW w:w="4947" w:type="dxa"/>
            <w:tcMar>
              <w:top w:w="130" w:type="dxa"/>
              <w:left w:w="150" w:type="dxa"/>
              <w:bottom w:w="130" w:type="dxa"/>
              <w:right w:w="150" w:type="dxa"/>
            </w:tcMar>
            <w:vAlign w:val="center"/>
          </w:tcPr>
          <w:p w14:paraId="6E00BBB2" w14:textId="1D9D0F91" w:rsidR="005E0DB6" w:rsidRPr="002C14E1" w:rsidRDefault="005E0DB6" w:rsidP="005E0DB6">
            <w:pPr>
              <w:spacing w:after="40"/>
              <w:rPr>
                <w:rFonts w:ascii="Aspira" w:hAnsi="Aspira"/>
                <w:b/>
                <w:color w:val="666666"/>
                <w:sz w:val="18"/>
              </w:rPr>
            </w:pPr>
            <w:r w:rsidRPr="002C14E1">
              <w:rPr>
                <w:rFonts w:ascii="Aspira" w:hAnsi="Aspira"/>
                <w:b/>
                <w:color w:val="666666"/>
                <w:sz w:val="18"/>
              </w:rPr>
              <w:t>Position:</w:t>
            </w:r>
            <w:r w:rsidRPr="002C14E1">
              <w:rPr>
                <w:rFonts w:ascii="Aspira" w:hAnsi="Aspira"/>
                <w:b/>
                <w:color w:val="666666"/>
                <w:sz w:val="18"/>
              </w:rPr>
              <w:br/>
              <w:t xml:space="preserve"> </w:t>
            </w:r>
          </w:p>
        </w:tc>
        <w:tc>
          <w:tcPr>
            <w:tcW w:w="4948" w:type="dxa"/>
            <w:vAlign w:val="center"/>
          </w:tcPr>
          <w:p w14:paraId="2D2D8FF4" w14:textId="2D6AE6B3" w:rsidR="005E0DB6" w:rsidRPr="002C14E1" w:rsidRDefault="005E0DB6" w:rsidP="005E0DB6">
            <w:pPr>
              <w:spacing w:after="40"/>
              <w:rPr>
                <w:rFonts w:ascii="Aspira" w:hAnsi="Aspira"/>
                <w:b/>
                <w:color w:val="666666"/>
                <w:sz w:val="18"/>
              </w:rPr>
            </w:pPr>
            <w:r w:rsidRPr="002C14E1">
              <w:rPr>
                <w:rFonts w:ascii="Aspira" w:hAnsi="Aspira"/>
                <w:b/>
                <w:color w:val="666666"/>
                <w:sz w:val="18"/>
              </w:rPr>
              <w:t>Position:</w:t>
            </w:r>
            <w:r w:rsidRPr="002C14E1">
              <w:rPr>
                <w:rFonts w:ascii="Aspira" w:hAnsi="Aspira"/>
                <w:b/>
                <w:color w:val="666666"/>
                <w:sz w:val="18"/>
              </w:rPr>
              <w:br/>
              <w:t xml:space="preserve"> </w:t>
            </w:r>
          </w:p>
        </w:tc>
      </w:tr>
      <w:tr w:rsidR="005E0DB6" w:rsidRPr="002C14E1" w14:paraId="31FECB14" w14:textId="77777777" w:rsidTr="00F16BC7">
        <w:tc>
          <w:tcPr>
            <w:tcW w:w="4947" w:type="dxa"/>
            <w:tcMar>
              <w:top w:w="130" w:type="dxa"/>
              <w:left w:w="150" w:type="dxa"/>
              <w:bottom w:w="130" w:type="dxa"/>
              <w:right w:w="150" w:type="dxa"/>
            </w:tcMar>
            <w:vAlign w:val="center"/>
          </w:tcPr>
          <w:p w14:paraId="145E4872" w14:textId="16C190B1" w:rsidR="005E0DB6" w:rsidRPr="002C14E1" w:rsidRDefault="005E0DB6" w:rsidP="005E0DB6">
            <w:pPr>
              <w:spacing w:after="40"/>
              <w:rPr>
                <w:rFonts w:ascii="Aspira" w:hAnsi="Aspira"/>
                <w:b/>
                <w:color w:val="666666"/>
                <w:sz w:val="18"/>
              </w:rPr>
            </w:pPr>
            <w:r w:rsidRPr="002C14E1">
              <w:rPr>
                <w:rFonts w:ascii="Aspira" w:hAnsi="Aspira"/>
                <w:b/>
                <w:color w:val="666666"/>
                <w:sz w:val="18"/>
              </w:rPr>
              <w:t>Organisation:</w:t>
            </w:r>
            <w:r w:rsidRPr="002C14E1">
              <w:rPr>
                <w:rFonts w:ascii="Aspira" w:hAnsi="Aspira"/>
                <w:b/>
                <w:color w:val="666666"/>
                <w:sz w:val="18"/>
              </w:rPr>
              <w:br/>
              <w:t xml:space="preserve"> </w:t>
            </w:r>
          </w:p>
        </w:tc>
        <w:tc>
          <w:tcPr>
            <w:tcW w:w="4948" w:type="dxa"/>
            <w:vAlign w:val="center"/>
          </w:tcPr>
          <w:p w14:paraId="000DF1B8" w14:textId="1AD88FEC" w:rsidR="005E0DB6" w:rsidRPr="002C14E1" w:rsidRDefault="005E0DB6" w:rsidP="005E0DB6">
            <w:pPr>
              <w:spacing w:after="40"/>
              <w:rPr>
                <w:rFonts w:ascii="Aspira" w:hAnsi="Aspira"/>
                <w:b/>
                <w:color w:val="666666"/>
                <w:sz w:val="18"/>
              </w:rPr>
            </w:pPr>
            <w:r w:rsidRPr="002C14E1">
              <w:rPr>
                <w:rFonts w:ascii="Aspira" w:hAnsi="Aspira"/>
                <w:b/>
                <w:color w:val="666666"/>
                <w:sz w:val="18"/>
              </w:rPr>
              <w:t>Organisation:</w:t>
            </w:r>
            <w:r w:rsidRPr="002C14E1">
              <w:rPr>
                <w:rFonts w:ascii="Aspira" w:hAnsi="Aspira"/>
                <w:b/>
                <w:color w:val="666666"/>
                <w:sz w:val="18"/>
              </w:rPr>
              <w:br/>
              <w:t xml:space="preserve"> </w:t>
            </w:r>
          </w:p>
        </w:tc>
      </w:tr>
      <w:tr w:rsidR="005E0DB6" w:rsidRPr="002C14E1" w14:paraId="1BBCE0EE" w14:textId="77777777" w:rsidTr="00F16BC7">
        <w:tc>
          <w:tcPr>
            <w:tcW w:w="4947" w:type="dxa"/>
            <w:tcMar>
              <w:top w:w="130" w:type="dxa"/>
              <w:left w:w="150" w:type="dxa"/>
              <w:bottom w:w="130" w:type="dxa"/>
              <w:right w:w="150" w:type="dxa"/>
            </w:tcMar>
            <w:vAlign w:val="center"/>
          </w:tcPr>
          <w:p w14:paraId="7982151D" w14:textId="380DC25C" w:rsidR="005E0DB6" w:rsidRPr="002C14E1" w:rsidRDefault="005E0DB6" w:rsidP="005E0DB6">
            <w:pPr>
              <w:spacing w:after="40"/>
              <w:rPr>
                <w:rFonts w:ascii="Aspira" w:hAnsi="Aspira"/>
                <w:b/>
                <w:color w:val="666666"/>
                <w:sz w:val="18"/>
              </w:rPr>
            </w:pPr>
            <w:r w:rsidRPr="002C14E1">
              <w:rPr>
                <w:rFonts w:ascii="Aspira" w:hAnsi="Aspira"/>
                <w:b/>
                <w:color w:val="666666"/>
                <w:sz w:val="18"/>
              </w:rPr>
              <w:t>Relationship to applicant:</w:t>
            </w:r>
            <w:r w:rsidRPr="002C14E1">
              <w:rPr>
                <w:rFonts w:ascii="Aspira" w:hAnsi="Aspira"/>
                <w:b/>
                <w:color w:val="666666"/>
                <w:sz w:val="18"/>
              </w:rPr>
              <w:br/>
              <w:t xml:space="preserve"> </w:t>
            </w:r>
          </w:p>
        </w:tc>
        <w:tc>
          <w:tcPr>
            <w:tcW w:w="4948" w:type="dxa"/>
            <w:vAlign w:val="center"/>
          </w:tcPr>
          <w:p w14:paraId="0E70E2E3" w14:textId="02E60A3C" w:rsidR="005E0DB6" w:rsidRPr="002C14E1" w:rsidRDefault="005E0DB6" w:rsidP="005E0DB6">
            <w:pPr>
              <w:spacing w:after="40"/>
              <w:rPr>
                <w:rFonts w:ascii="Aspira" w:hAnsi="Aspira"/>
                <w:b/>
                <w:color w:val="666666"/>
                <w:sz w:val="18"/>
              </w:rPr>
            </w:pPr>
            <w:r w:rsidRPr="002C14E1">
              <w:rPr>
                <w:rFonts w:ascii="Aspira" w:hAnsi="Aspira"/>
                <w:b/>
                <w:color w:val="666666"/>
                <w:sz w:val="18"/>
              </w:rPr>
              <w:t>Relationship to applicant:</w:t>
            </w:r>
            <w:r w:rsidRPr="002C14E1">
              <w:rPr>
                <w:rFonts w:ascii="Aspira" w:hAnsi="Aspira"/>
                <w:b/>
                <w:color w:val="666666"/>
                <w:sz w:val="18"/>
              </w:rPr>
              <w:br/>
              <w:t xml:space="preserve"> </w:t>
            </w:r>
          </w:p>
        </w:tc>
      </w:tr>
      <w:tr w:rsidR="005E0DB6" w:rsidRPr="002C14E1" w14:paraId="5966DA3A" w14:textId="77777777" w:rsidTr="00F16BC7">
        <w:tc>
          <w:tcPr>
            <w:tcW w:w="4947" w:type="dxa"/>
            <w:tcMar>
              <w:top w:w="130" w:type="dxa"/>
              <w:left w:w="150" w:type="dxa"/>
              <w:bottom w:w="130" w:type="dxa"/>
              <w:right w:w="150" w:type="dxa"/>
            </w:tcMar>
            <w:vAlign w:val="center"/>
          </w:tcPr>
          <w:p w14:paraId="2809A969" w14:textId="59CEDACE" w:rsidR="005E0DB6" w:rsidRPr="002C14E1" w:rsidRDefault="005E0DB6" w:rsidP="005E0DB6">
            <w:pPr>
              <w:spacing w:after="40"/>
              <w:rPr>
                <w:rFonts w:ascii="Aspira" w:hAnsi="Aspira"/>
                <w:b/>
                <w:color w:val="666666"/>
                <w:sz w:val="18"/>
              </w:rPr>
            </w:pPr>
            <w:r w:rsidRPr="002C14E1">
              <w:rPr>
                <w:rFonts w:ascii="Aspira" w:hAnsi="Aspira"/>
                <w:b/>
                <w:color w:val="666666"/>
                <w:sz w:val="18"/>
              </w:rPr>
              <w:t>Email:</w:t>
            </w:r>
            <w:r w:rsidRPr="002C14E1">
              <w:rPr>
                <w:rFonts w:ascii="Aspira" w:hAnsi="Aspira"/>
                <w:b/>
                <w:color w:val="666666"/>
                <w:sz w:val="18"/>
              </w:rPr>
              <w:br/>
              <w:t xml:space="preserve"> </w:t>
            </w:r>
          </w:p>
        </w:tc>
        <w:tc>
          <w:tcPr>
            <w:tcW w:w="4948" w:type="dxa"/>
            <w:vAlign w:val="center"/>
          </w:tcPr>
          <w:p w14:paraId="15B4EFF9" w14:textId="6FACF4B6" w:rsidR="005E0DB6" w:rsidRPr="002C14E1" w:rsidRDefault="005E0DB6" w:rsidP="005E0DB6">
            <w:pPr>
              <w:spacing w:after="40"/>
              <w:rPr>
                <w:rFonts w:ascii="Aspira" w:hAnsi="Aspira"/>
                <w:b/>
                <w:color w:val="666666"/>
                <w:sz w:val="18"/>
              </w:rPr>
            </w:pPr>
            <w:r w:rsidRPr="002C14E1">
              <w:rPr>
                <w:rFonts w:ascii="Aspira" w:hAnsi="Aspira"/>
                <w:b/>
                <w:color w:val="666666"/>
                <w:sz w:val="18"/>
              </w:rPr>
              <w:t>Email:</w:t>
            </w:r>
            <w:r w:rsidRPr="002C14E1">
              <w:rPr>
                <w:rFonts w:ascii="Aspira" w:hAnsi="Aspira"/>
                <w:b/>
                <w:color w:val="666666"/>
                <w:sz w:val="18"/>
              </w:rPr>
              <w:br/>
              <w:t xml:space="preserve"> </w:t>
            </w:r>
          </w:p>
        </w:tc>
      </w:tr>
      <w:tr w:rsidR="005E0DB6" w:rsidRPr="002C14E1" w14:paraId="10E548A2" w14:textId="77777777" w:rsidTr="00F16BC7">
        <w:tc>
          <w:tcPr>
            <w:tcW w:w="4947" w:type="dxa"/>
            <w:tcMar>
              <w:top w:w="130" w:type="dxa"/>
              <w:left w:w="150" w:type="dxa"/>
              <w:bottom w:w="130" w:type="dxa"/>
              <w:right w:w="150" w:type="dxa"/>
            </w:tcMar>
            <w:vAlign w:val="center"/>
          </w:tcPr>
          <w:p w14:paraId="5E6DF426" w14:textId="472017D6" w:rsidR="005E0DB6" w:rsidRPr="002C14E1" w:rsidRDefault="005E0DB6" w:rsidP="005E0DB6">
            <w:pPr>
              <w:spacing w:after="40"/>
              <w:rPr>
                <w:rFonts w:ascii="Aspira" w:hAnsi="Aspira"/>
                <w:b/>
                <w:color w:val="666666"/>
                <w:sz w:val="18"/>
              </w:rPr>
            </w:pPr>
            <w:r w:rsidRPr="002C14E1">
              <w:rPr>
                <w:rFonts w:ascii="Aspira" w:hAnsi="Aspira"/>
                <w:b/>
                <w:color w:val="666666"/>
                <w:sz w:val="18"/>
              </w:rPr>
              <w:t>Telephone:</w:t>
            </w:r>
            <w:r w:rsidRPr="002C14E1">
              <w:rPr>
                <w:rFonts w:ascii="Aspira" w:hAnsi="Aspira"/>
                <w:b/>
                <w:color w:val="666666"/>
                <w:sz w:val="18"/>
              </w:rPr>
              <w:br/>
              <w:t xml:space="preserve"> </w:t>
            </w:r>
          </w:p>
        </w:tc>
        <w:tc>
          <w:tcPr>
            <w:tcW w:w="4948" w:type="dxa"/>
            <w:vAlign w:val="center"/>
          </w:tcPr>
          <w:p w14:paraId="3B3C3C62" w14:textId="353F544B" w:rsidR="005E0DB6" w:rsidRPr="002C14E1" w:rsidRDefault="005E0DB6" w:rsidP="005E0DB6">
            <w:pPr>
              <w:spacing w:after="40"/>
              <w:rPr>
                <w:rFonts w:ascii="Aspira" w:hAnsi="Aspira"/>
                <w:b/>
                <w:color w:val="666666"/>
                <w:sz w:val="18"/>
              </w:rPr>
            </w:pPr>
            <w:r w:rsidRPr="002C14E1">
              <w:rPr>
                <w:rFonts w:ascii="Aspira" w:hAnsi="Aspira"/>
                <w:b/>
                <w:color w:val="666666"/>
                <w:sz w:val="18"/>
              </w:rPr>
              <w:t>Telephone:</w:t>
            </w:r>
            <w:r w:rsidRPr="002C14E1">
              <w:rPr>
                <w:rFonts w:ascii="Aspira" w:hAnsi="Aspira"/>
                <w:b/>
                <w:color w:val="666666"/>
                <w:sz w:val="18"/>
              </w:rPr>
              <w:br/>
              <w:t xml:space="preserve"> </w:t>
            </w:r>
          </w:p>
        </w:tc>
      </w:tr>
    </w:tbl>
    <w:tbl>
      <w:tblPr>
        <w:tblStyle w:val="TableGrid"/>
        <w:tblpPr w:leftFromText="180" w:rightFromText="180" w:vertAnchor="text" w:horzAnchor="margin" w:tblpY="642"/>
        <w:tblW w:w="0" w:type="auto"/>
        <w:shd w:val="clear" w:color="auto" w:fill="215868" w:themeFill="accent5" w:themeFillShade="80"/>
        <w:tblLayout w:type="fixed"/>
        <w:tblLook w:val="04A0" w:firstRow="1" w:lastRow="0" w:firstColumn="1" w:lastColumn="0" w:noHBand="0" w:noVBand="1"/>
      </w:tblPr>
      <w:tblGrid>
        <w:gridCol w:w="9895"/>
      </w:tblGrid>
      <w:tr w:rsidR="005E0DB6" w:rsidRPr="002C14E1" w14:paraId="07F48DB6" w14:textId="77777777" w:rsidTr="005E0DB6">
        <w:tc>
          <w:tcPr>
            <w:tcW w:w="9895" w:type="dxa"/>
            <w:shd w:val="clear" w:color="auto" w:fill="215868" w:themeFill="accent5" w:themeFillShade="80"/>
            <w:tcMar>
              <w:top w:w="130" w:type="dxa"/>
              <w:left w:w="150" w:type="dxa"/>
              <w:bottom w:w="130" w:type="dxa"/>
              <w:right w:w="150" w:type="dxa"/>
            </w:tcMar>
            <w:vAlign w:val="center"/>
          </w:tcPr>
          <w:p w14:paraId="68DD2C2C" w14:textId="6DA55041" w:rsidR="005E0DB6" w:rsidRPr="002C14E1" w:rsidRDefault="005E0DB6" w:rsidP="005E0DB6">
            <w:pPr>
              <w:spacing w:after="40"/>
              <w:rPr>
                <w:rFonts w:ascii="Aspira" w:hAnsi="Aspira"/>
              </w:rPr>
            </w:pPr>
            <w:r>
              <w:rPr>
                <w:rFonts w:ascii="Aspira" w:hAnsi="Aspira"/>
                <w:b/>
                <w:color w:val="FFFFFF"/>
                <w:sz w:val="22"/>
              </w:rPr>
              <w:t>7</w:t>
            </w:r>
            <w:r w:rsidRPr="002C14E1">
              <w:rPr>
                <w:rFonts w:ascii="Aspira" w:hAnsi="Aspira"/>
                <w:b/>
                <w:color w:val="FFFFFF"/>
                <w:sz w:val="22"/>
              </w:rPr>
              <w:t>. DECLARATION AND SUBMISSION</w:t>
            </w:r>
          </w:p>
        </w:tc>
      </w:tr>
    </w:tbl>
    <w:p w14:paraId="121C9F84" w14:textId="77777777" w:rsidR="002C14E1" w:rsidRPr="00D66E19" w:rsidRDefault="002C14E1">
      <w:pPr>
        <w:spacing w:after="0"/>
        <w:rPr>
          <w:rFonts w:asciiTheme="minorHAnsi" w:hAnsiTheme="minorHAnsi"/>
          <w:lang w:val="en-IE"/>
        </w:rPr>
      </w:pPr>
    </w:p>
    <w:p w14:paraId="07B80A4F" w14:textId="77777777" w:rsidR="005970D7" w:rsidRPr="002C14E1" w:rsidRDefault="005970D7">
      <w:pPr>
        <w:spacing w:after="0"/>
        <w:rPr>
          <w:rFonts w:ascii="Aspira" w:hAnsi="Aspira"/>
        </w:rPr>
      </w:pPr>
    </w:p>
    <w:p w14:paraId="3A703970" w14:textId="77777777" w:rsidR="005970D7" w:rsidRPr="007C6ED9" w:rsidRDefault="007802B5">
      <w:pPr>
        <w:rPr>
          <w:rFonts w:ascii="Aspira" w:hAnsi="Aspira"/>
          <w:b/>
          <w:bCs/>
        </w:rPr>
      </w:pPr>
      <w:r w:rsidRPr="007C6ED9">
        <w:rPr>
          <w:rFonts w:ascii="Aspira" w:hAnsi="Aspira"/>
          <w:b/>
          <w:bCs/>
        </w:rPr>
        <w:t>I certify that the information provided in this application is true and complete to the best of my knowledge. I understand that any material misstatement or omission may result in my application being disqualified or, if appointed, may lead to the termination of my employment.</w:t>
      </w:r>
    </w:p>
    <w:p w14:paraId="7E585520" w14:textId="77777777" w:rsidR="005970D7" w:rsidRPr="007C6ED9" w:rsidRDefault="007802B5">
      <w:pPr>
        <w:rPr>
          <w:rFonts w:ascii="Aspira" w:hAnsi="Aspira"/>
          <w:b/>
          <w:bCs/>
        </w:rPr>
      </w:pPr>
      <w:r w:rsidRPr="007C6ED9">
        <w:rPr>
          <w:rFonts w:ascii="Aspira" w:hAnsi="Aspira"/>
          <w:b/>
          <w:bCs/>
        </w:rPr>
        <w:t>I understand that South Tipperary Development Company CLG will process the personal information provided in this application for the purposes of this recruitment process, in accordance with its Data Protection Policy and applicable data protection law.</w:t>
      </w:r>
    </w:p>
    <w:p w14:paraId="1DC6ABDB" w14:textId="462E7869" w:rsidR="005970D7" w:rsidRPr="007C6ED9" w:rsidRDefault="005970D7">
      <w:pPr>
        <w:rPr>
          <w:rFonts w:ascii="Aspira" w:hAnsi="Aspira"/>
          <w:b/>
          <w:bCs/>
        </w:rPr>
      </w:pPr>
    </w:p>
    <w:tbl>
      <w:tblPr>
        <w:tblStyle w:val="TableGrid"/>
        <w:tblW w:w="0" w:type="auto"/>
        <w:jc w:val="center"/>
        <w:tblLayout w:type="fixed"/>
        <w:tblLook w:val="04A0" w:firstRow="1" w:lastRow="0" w:firstColumn="1" w:lastColumn="0" w:noHBand="0" w:noVBand="1"/>
      </w:tblPr>
      <w:tblGrid>
        <w:gridCol w:w="2667"/>
        <w:gridCol w:w="7195"/>
      </w:tblGrid>
      <w:tr w:rsidR="005970D7" w:rsidRPr="002C14E1" w14:paraId="73FE6462" w14:textId="77777777" w:rsidTr="005E0DB6">
        <w:trPr>
          <w:cantSplit/>
          <w:jc w:val="center"/>
        </w:trPr>
        <w:tc>
          <w:tcPr>
            <w:tcW w:w="2667" w:type="dxa"/>
            <w:shd w:val="clear" w:color="auto" w:fill="E8F0F1"/>
            <w:tcMar>
              <w:top w:w="120" w:type="dxa"/>
              <w:left w:w="120" w:type="dxa"/>
              <w:bottom w:w="120" w:type="dxa"/>
              <w:right w:w="120" w:type="dxa"/>
            </w:tcMar>
            <w:vAlign w:val="center"/>
          </w:tcPr>
          <w:p w14:paraId="69BBB484" w14:textId="77777777" w:rsidR="005970D7" w:rsidRPr="002C14E1" w:rsidRDefault="007802B5">
            <w:pPr>
              <w:spacing w:after="40"/>
              <w:rPr>
                <w:rFonts w:ascii="Aspira" w:hAnsi="Aspira"/>
              </w:rPr>
            </w:pPr>
            <w:r w:rsidRPr="002C14E1">
              <w:rPr>
                <w:rFonts w:ascii="Aspira" w:hAnsi="Aspira"/>
                <w:b/>
                <w:color w:val="1F4E5F"/>
                <w:sz w:val="18"/>
              </w:rPr>
              <w:lastRenderedPageBreak/>
              <w:t>Applicant name</w:t>
            </w:r>
          </w:p>
        </w:tc>
        <w:tc>
          <w:tcPr>
            <w:tcW w:w="7195" w:type="dxa"/>
            <w:tcMar>
              <w:top w:w="150" w:type="dxa"/>
              <w:left w:w="120" w:type="dxa"/>
              <w:bottom w:w="150" w:type="dxa"/>
              <w:right w:w="120" w:type="dxa"/>
            </w:tcMar>
            <w:vAlign w:val="center"/>
          </w:tcPr>
          <w:p w14:paraId="6109227D" w14:textId="77777777" w:rsidR="005970D7" w:rsidRPr="002C14E1" w:rsidRDefault="005970D7">
            <w:pPr>
              <w:spacing w:after="40"/>
              <w:rPr>
                <w:rFonts w:ascii="Aspira" w:hAnsi="Aspira"/>
              </w:rPr>
            </w:pPr>
          </w:p>
          <w:p w14:paraId="367CFCE3"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5332799E" w14:textId="77777777" w:rsidTr="005E0DB6">
        <w:trPr>
          <w:cantSplit/>
          <w:jc w:val="center"/>
        </w:trPr>
        <w:tc>
          <w:tcPr>
            <w:tcW w:w="2667" w:type="dxa"/>
            <w:shd w:val="clear" w:color="auto" w:fill="E8F0F1"/>
            <w:tcMar>
              <w:top w:w="120" w:type="dxa"/>
              <w:left w:w="120" w:type="dxa"/>
              <w:bottom w:w="120" w:type="dxa"/>
              <w:right w:w="120" w:type="dxa"/>
            </w:tcMar>
            <w:vAlign w:val="center"/>
          </w:tcPr>
          <w:p w14:paraId="015DEE3B" w14:textId="77777777" w:rsidR="005970D7" w:rsidRPr="002C14E1" w:rsidRDefault="007802B5">
            <w:pPr>
              <w:spacing w:after="40"/>
              <w:rPr>
                <w:rFonts w:ascii="Aspira" w:hAnsi="Aspira"/>
              </w:rPr>
            </w:pPr>
            <w:r w:rsidRPr="002C14E1">
              <w:rPr>
                <w:rFonts w:ascii="Aspira" w:hAnsi="Aspira"/>
                <w:b/>
                <w:color w:val="1F4E5F"/>
                <w:sz w:val="18"/>
              </w:rPr>
              <w:t>Signature / typed name</w:t>
            </w:r>
          </w:p>
        </w:tc>
        <w:tc>
          <w:tcPr>
            <w:tcW w:w="7195" w:type="dxa"/>
            <w:tcMar>
              <w:top w:w="150" w:type="dxa"/>
              <w:left w:w="120" w:type="dxa"/>
              <w:bottom w:w="150" w:type="dxa"/>
              <w:right w:w="120" w:type="dxa"/>
            </w:tcMar>
            <w:vAlign w:val="center"/>
          </w:tcPr>
          <w:p w14:paraId="0B88ECD5" w14:textId="77777777" w:rsidR="005970D7" w:rsidRPr="002C14E1" w:rsidRDefault="005970D7">
            <w:pPr>
              <w:spacing w:after="40"/>
              <w:rPr>
                <w:rFonts w:ascii="Aspira" w:hAnsi="Aspira"/>
              </w:rPr>
            </w:pPr>
          </w:p>
          <w:p w14:paraId="1EF25EFB" w14:textId="77777777" w:rsidR="005970D7" w:rsidRPr="002C14E1" w:rsidRDefault="007802B5">
            <w:pPr>
              <w:spacing w:after="40"/>
              <w:rPr>
                <w:rFonts w:ascii="Aspira" w:hAnsi="Aspira"/>
              </w:rPr>
            </w:pPr>
            <w:r w:rsidRPr="002C14E1">
              <w:rPr>
                <w:rFonts w:ascii="Aspira" w:hAnsi="Aspira"/>
                <w:sz w:val="18"/>
              </w:rPr>
              <w:t xml:space="preserve"> </w:t>
            </w:r>
          </w:p>
        </w:tc>
      </w:tr>
      <w:tr w:rsidR="005970D7" w:rsidRPr="002C14E1" w14:paraId="2A9333CD" w14:textId="77777777" w:rsidTr="005E0DB6">
        <w:trPr>
          <w:cantSplit/>
          <w:jc w:val="center"/>
        </w:trPr>
        <w:tc>
          <w:tcPr>
            <w:tcW w:w="2667" w:type="dxa"/>
            <w:shd w:val="clear" w:color="auto" w:fill="E8F0F1"/>
            <w:tcMar>
              <w:top w:w="120" w:type="dxa"/>
              <w:left w:w="120" w:type="dxa"/>
              <w:bottom w:w="120" w:type="dxa"/>
              <w:right w:w="120" w:type="dxa"/>
            </w:tcMar>
            <w:vAlign w:val="center"/>
          </w:tcPr>
          <w:p w14:paraId="52708DF5" w14:textId="77777777" w:rsidR="005970D7" w:rsidRPr="002C14E1" w:rsidRDefault="007802B5">
            <w:pPr>
              <w:spacing w:after="40"/>
              <w:rPr>
                <w:rFonts w:ascii="Aspira" w:hAnsi="Aspira"/>
              </w:rPr>
            </w:pPr>
            <w:r w:rsidRPr="002C14E1">
              <w:rPr>
                <w:rFonts w:ascii="Aspira" w:hAnsi="Aspira"/>
                <w:b/>
                <w:color w:val="1F4E5F"/>
                <w:sz w:val="18"/>
              </w:rPr>
              <w:t>Date</w:t>
            </w:r>
          </w:p>
        </w:tc>
        <w:tc>
          <w:tcPr>
            <w:tcW w:w="7195" w:type="dxa"/>
            <w:tcMar>
              <w:top w:w="150" w:type="dxa"/>
              <w:left w:w="120" w:type="dxa"/>
              <w:bottom w:w="150" w:type="dxa"/>
              <w:right w:w="120" w:type="dxa"/>
            </w:tcMar>
            <w:vAlign w:val="center"/>
          </w:tcPr>
          <w:p w14:paraId="4302D336" w14:textId="77777777" w:rsidR="005970D7" w:rsidRPr="002C14E1" w:rsidRDefault="005970D7">
            <w:pPr>
              <w:spacing w:after="40"/>
              <w:rPr>
                <w:rFonts w:ascii="Aspira" w:hAnsi="Aspira"/>
              </w:rPr>
            </w:pPr>
          </w:p>
          <w:p w14:paraId="5E6D84F9" w14:textId="77777777" w:rsidR="005970D7" w:rsidRPr="002C14E1" w:rsidRDefault="007802B5">
            <w:pPr>
              <w:spacing w:after="40"/>
              <w:rPr>
                <w:rFonts w:ascii="Aspira" w:hAnsi="Aspira"/>
              </w:rPr>
            </w:pPr>
            <w:r w:rsidRPr="002C14E1">
              <w:rPr>
                <w:rFonts w:ascii="Aspira" w:hAnsi="Aspira"/>
                <w:sz w:val="18"/>
              </w:rPr>
              <w:t xml:space="preserve"> </w:t>
            </w:r>
          </w:p>
        </w:tc>
      </w:tr>
    </w:tbl>
    <w:p w14:paraId="6C37162A" w14:textId="77777777" w:rsidR="005970D7" w:rsidRDefault="005970D7">
      <w:pPr>
        <w:rPr>
          <w:rFonts w:ascii="Aspira" w:hAnsi="Aspira"/>
        </w:rPr>
      </w:pPr>
    </w:p>
    <w:p w14:paraId="39BE3F80" w14:textId="77777777" w:rsidR="005E0DB6" w:rsidRDefault="005E0DB6">
      <w:pPr>
        <w:rPr>
          <w:rFonts w:ascii="Aspira" w:hAnsi="Aspira"/>
        </w:rPr>
      </w:pPr>
    </w:p>
    <w:p w14:paraId="0079552E" w14:textId="77777777" w:rsidR="005E0DB6" w:rsidRPr="002C14E1" w:rsidRDefault="005E0DB6">
      <w:pPr>
        <w:rPr>
          <w:rFonts w:ascii="Aspira" w:hAnsi="Aspira"/>
        </w:rPr>
      </w:pPr>
    </w:p>
    <w:tbl>
      <w:tblPr>
        <w:tblStyle w:val="TableGrid"/>
        <w:tblW w:w="0" w:type="auto"/>
        <w:shd w:val="clear" w:color="auto" w:fill="215868" w:themeFill="accent5" w:themeFillShade="80"/>
        <w:tblLayout w:type="fixed"/>
        <w:tblLook w:val="04A0" w:firstRow="1" w:lastRow="0" w:firstColumn="1" w:lastColumn="0" w:noHBand="0" w:noVBand="1"/>
      </w:tblPr>
      <w:tblGrid>
        <w:gridCol w:w="9895"/>
      </w:tblGrid>
      <w:tr w:rsidR="005970D7" w:rsidRPr="002C14E1" w14:paraId="55EA1D47" w14:textId="77777777" w:rsidTr="005E0DB6">
        <w:tc>
          <w:tcPr>
            <w:tcW w:w="9895" w:type="dxa"/>
            <w:shd w:val="clear" w:color="auto" w:fill="215868" w:themeFill="accent5" w:themeFillShade="80"/>
            <w:tcMar>
              <w:top w:w="130" w:type="dxa"/>
              <w:left w:w="150" w:type="dxa"/>
              <w:bottom w:w="130" w:type="dxa"/>
              <w:right w:w="150" w:type="dxa"/>
            </w:tcMar>
            <w:vAlign w:val="center"/>
          </w:tcPr>
          <w:p w14:paraId="185A292B" w14:textId="77777777" w:rsidR="005970D7" w:rsidRPr="002C14E1" w:rsidRDefault="007802B5">
            <w:pPr>
              <w:spacing w:after="40"/>
              <w:rPr>
                <w:rFonts w:ascii="Aspira" w:hAnsi="Aspira"/>
              </w:rPr>
            </w:pPr>
            <w:r w:rsidRPr="002C14E1">
              <w:rPr>
                <w:rFonts w:ascii="Aspira" w:hAnsi="Aspira"/>
                <w:b/>
                <w:color w:val="FFFFFF"/>
                <w:sz w:val="22"/>
              </w:rPr>
              <w:t>SUBMISSION INSTRUCTIONS</w:t>
            </w:r>
          </w:p>
        </w:tc>
      </w:tr>
    </w:tbl>
    <w:p w14:paraId="117211A6" w14:textId="77777777" w:rsidR="005970D7" w:rsidRPr="002C14E1" w:rsidRDefault="005970D7">
      <w:pPr>
        <w:spacing w:after="0"/>
        <w:rPr>
          <w:rFonts w:ascii="Aspira" w:hAnsi="Aspira"/>
        </w:rPr>
      </w:pPr>
    </w:p>
    <w:p w14:paraId="601BD383" w14:textId="77777777" w:rsidR="005970D7" w:rsidRPr="007C6ED9" w:rsidRDefault="007802B5">
      <w:pPr>
        <w:pStyle w:val="ListBullet"/>
        <w:spacing w:after="40"/>
        <w:rPr>
          <w:rFonts w:ascii="Aspira" w:hAnsi="Aspira"/>
          <w:b/>
          <w:bCs/>
          <w:sz w:val="22"/>
        </w:rPr>
      </w:pPr>
      <w:r w:rsidRPr="007C6ED9">
        <w:rPr>
          <w:rFonts w:ascii="Aspira" w:hAnsi="Aspira"/>
          <w:b/>
          <w:bCs/>
          <w:sz w:val="22"/>
        </w:rPr>
        <w:t>Email the completed application form to recruitment@stdc.ie by 2.00 pm on Wednesday 14 October 2026.</w:t>
      </w:r>
    </w:p>
    <w:p w14:paraId="268E2A00" w14:textId="77777777" w:rsidR="005970D7" w:rsidRPr="007C6ED9" w:rsidRDefault="007802B5">
      <w:pPr>
        <w:pStyle w:val="ListBullet"/>
        <w:spacing w:after="40"/>
        <w:rPr>
          <w:rFonts w:ascii="Aspira" w:hAnsi="Aspira"/>
          <w:b/>
          <w:bCs/>
          <w:sz w:val="22"/>
        </w:rPr>
      </w:pPr>
      <w:r w:rsidRPr="007C6ED9">
        <w:rPr>
          <w:rFonts w:ascii="Aspira" w:hAnsi="Aspira"/>
          <w:b/>
          <w:bCs/>
          <w:sz w:val="22"/>
        </w:rPr>
        <w:t>Use the email subject line: Private and Confidential - HRESM.</w:t>
      </w:r>
    </w:p>
    <w:p w14:paraId="36EDFA92" w14:textId="065160E3" w:rsidR="005970D7" w:rsidRPr="007C6ED9" w:rsidRDefault="007802B5">
      <w:pPr>
        <w:pStyle w:val="ListBullet"/>
        <w:spacing w:after="40"/>
        <w:rPr>
          <w:rFonts w:ascii="Aspira" w:hAnsi="Aspira"/>
          <w:b/>
          <w:bCs/>
          <w:sz w:val="22"/>
        </w:rPr>
      </w:pPr>
      <w:r w:rsidRPr="007C6ED9">
        <w:rPr>
          <w:rFonts w:ascii="Aspira" w:hAnsi="Aspira"/>
          <w:b/>
          <w:bCs/>
          <w:sz w:val="22"/>
        </w:rPr>
        <w:t>Do not submit a cover letter</w:t>
      </w:r>
      <w:r w:rsidR="007C6ED9">
        <w:rPr>
          <w:rFonts w:ascii="Aspira" w:hAnsi="Aspira"/>
          <w:b/>
          <w:bCs/>
          <w:sz w:val="22"/>
        </w:rPr>
        <w:t xml:space="preserve"> or</w:t>
      </w:r>
      <w:r w:rsidRPr="007C6ED9">
        <w:rPr>
          <w:rFonts w:ascii="Aspira" w:hAnsi="Aspira"/>
          <w:b/>
          <w:bCs/>
          <w:sz w:val="22"/>
        </w:rPr>
        <w:t xml:space="preserve"> CV</w:t>
      </w:r>
      <w:r w:rsidR="007C6ED9" w:rsidRPr="007C6ED9">
        <w:rPr>
          <w:rFonts w:ascii="Aspira" w:hAnsi="Aspira"/>
          <w:b/>
          <w:bCs/>
          <w:sz w:val="22"/>
        </w:rPr>
        <w:t>.</w:t>
      </w:r>
    </w:p>
    <w:p w14:paraId="62B29232" w14:textId="77777777" w:rsidR="005970D7" w:rsidRPr="007C6ED9" w:rsidRDefault="007802B5">
      <w:pPr>
        <w:pStyle w:val="ListBullet"/>
        <w:spacing w:after="40"/>
        <w:rPr>
          <w:rFonts w:ascii="Aspira" w:hAnsi="Aspira"/>
          <w:b/>
          <w:bCs/>
          <w:sz w:val="22"/>
        </w:rPr>
      </w:pPr>
      <w:r w:rsidRPr="007C6ED9">
        <w:rPr>
          <w:rFonts w:ascii="Aspira" w:hAnsi="Aspira"/>
          <w:b/>
          <w:bCs/>
          <w:sz w:val="22"/>
        </w:rPr>
        <w:t>Late applications will not be accepted.</w:t>
      </w:r>
    </w:p>
    <w:p w14:paraId="557A2219" w14:textId="77777777" w:rsidR="007C6ED9" w:rsidRPr="007C6ED9" w:rsidRDefault="007802B5">
      <w:pPr>
        <w:pStyle w:val="ListBullet"/>
        <w:spacing w:after="40"/>
        <w:rPr>
          <w:rFonts w:ascii="Aspira" w:hAnsi="Aspira"/>
          <w:b/>
          <w:bCs/>
          <w:sz w:val="22"/>
        </w:rPr>
      </w:pPr>
      <w:r w:rsidRPr="007C6ED9">
        <w:rPr>
          <w:rFonts w:ascii="Aspira" w:hAnsi="Aspira"/>
          <w:b/>
          <w:bCs/>
          <w:sz w:val="22"/>
        </w:rPr>
        <w:t>Shortlisting</w:t>
      </w:r>
      <w:r w:rsidR="007C6ED9" w:rsidRPr="007C6ED9">
        <w:rPr>
          <w:rFonts w:ascii="Aspira" w:hAnsi="Aspira"/>
          <w:b/>
          <w:bCs/>
          <w:sz w:val="22"/>
        </w:rPr>
        <w:t xml:space="preserve"> may</w:t>
      </w:r>
      <w:r w:rsidRPr="007C6ED9">
        <w:rPr>
          <w:rFonts w:ascii="Aspira" w:hAnsi="Aspira"/>
          <w:b/>
          <w:bCs/>
          <w:sz w:val="22"/>
        </w:rPr>
        <w:t xml:space="preserve"> apply.</w:t>
      </w:r>
    </w:p>
    <w:p w14:paraId="779F7C3A" w14:textId="497AFE9C" w:rsidR="005970D7" w:rsidRPr="007C6ED9" w:rsidRDefault="007802B5">
      <w:pPr>
        <w:pStyle w:val="ListBullet"/>
        <w:spacing w:after="40"/>
        <w:rPr>
          <w:rFonts w:ascii="Aspira" w:hAnsi="Aspira"/>
          <w:b/>
          <w:bCs/>
          <w:sz w:val="22"/>
        </w:rPr>
      </w:pPr>
      <w:r w:rsidRPr="007C6ED9">
        <w:rPr>
          <w:rFonts w:ascii="Aspira" w:hAnsi="Aspira"/>
          <w:b/>
          <w:bCs/>
          <w:sz w:val="22"/>
        </w:rPr>
        <w:t>Interviews are expected to take place during the week commencing 19 October 2026.</w:t>
      </w:r>
    </w:p>
    <w:p w14:paraId="3C6DA4C6" w14:textId="77777777" w:rsidR="005970D7" w:rsidRPr="007C6ED9" w:rsidRDefault="007802B5">
      <w:pPr>
        <w:pStyle w:val="ListBullet"/>
        <w:spacing w:after="40"/>
        <w:rPr>
          <w:rFonts w:ascii="Aspira" w:hAnsi="Aspira"/>
          <w:b/>
          <w:bCs/>
          <w:sz w:val="22"/>
        </w:rPr>
      </w:pPr>
      <w:r w:rsidRPr="007C6ED9">
        <w:rPr>
          <w:rFonts w:ascii="Aspira" w:hAnsi="Aspira"/>
          <w:b/>
          <w:bCs/>
          <w:sz w:val="22"/>
        </w:rPr>
        <w:t>Candidates attend interview at their own expense.</w:t>
      </w:r>
    </w:p>
    <w:p w14:paraId="55570264" w14:textId="77777777" w:rsidR="005970D7" w:rsidRPr="007C6ED9" w:rsidRDefault="007802B5">
      <w:pPr>
        <w:pStyle w:val="ListBullet"/>
        <w:spacing w:after="40"/>
        <w:rPr>
          <w:rFonts w:ascii="Aspira" w:hAnsi="Aspira"/>
          <w:b/>
          <w:bCs/>
          <w:sz w:val="22"/>
        </w:rPr>
      </w:pPr>
      <w:r w:rsidRPr="007C6ED9">
        <w:rPr>
          <w:rFonts w:ascii="Aspira" w:hAnsi="Aspira"/>
          <w:b/>
          <w:bCs/>
          <w:sz w:val="22"/>
        </w:rPr>
        <w:t>Canvassing by, or on behalf of, an applicant will disqualify the applicant.</w:t>
      </w:r>
    </w:p>
    <w:p w14:paraId="06039497" w14:textId="77777777" w:rsidR="005970D7" w:rsidRPr="007C6ED9" w:rsidRDefault="007802B5">
      <w:pPr>
        <w:pStyle w:val="ListBullet"/>
        <w:spacing w:after="40"/>
        <w:rPr>
          <w:rFonts w:ascii="Aspira" w:hAnsi="Aspira"/>
          <w:b/>
          <w:bCs/>
          <w:sz w:val="22"/>
        </w:rPr>
      </w:pPr>
      <w:r w:rsidRPr="007C6ED9">
        <w:rPr>
          <w:rFonts w:ascii="Aspira" w:hAnsi="Aspira"/>
          <w:b/>
          <w:bCs/>
          <w:sz w:val="22"/>
        </w:rPr>
        <w:t>A panel may be created for future vacancies.</w:t>
      </w:r>
    </w:p>
    <w:p w14:paraId="52682BA9" w14:textId="77777777" w:rsidR="005970D7" w:rsidRPr="007C6ED9" w:rsidRDefault="007802B5">
      <w:pPr>
        <w:pStyle w:val="ListBullet"/>
        <w:spacing w:after="40"/>
        <w:rPr>
          <w:rFonts w:ascii="Aspira" w:hAnsi="Aspira"/>
          <w:b/>
          <w:bCs/>
          <w:sz w:val="22"/>
        </w:rPr>
      </w:pPr>
      <w:r w:rsidRPr="007C6ED9">
        <w:rPr>
          <w:rFonts w:ascii="Aspira" w:hAnsi="Aspira"/>
          <w:b/>
          <w:bCs/>
          <w:sz w:val="22"/>
        </w:rPr>
        <w:t>Appointment will be subject to verification of eligibility and satisfactory references.</w:t>
      </w:r>
    </w:p>
    <w:p w14:paraId="31C06D71" w14:textId="77777777" w:rsidR="005E0DB6" w:rsidRDefault="005E0DB6">
      <w:pPr>
        <w:jc w:val="center"/>
        <w:rPr>
          <w:rFonts w:ascii="Aspira" w:hAnsi="Aspira"/>
          <w:b/>
          <w:color w:val="215868" w:themeColor="accent5" w:themeShade="80"/>
        </w:rPr>
      </w:pPr>
    </w:p>
    <w:p w14:paraId="015FE530" w14:textId="19CEE8A9" w:rsidR="005970D7" w:rsidRPr="002C14E1" w:rsidRDefault="00652599">
      <w:pPr>
        <w:jc w:val="center"/>
        <w:rPr>
          <w:rFonts w:ascii="Aspira" w:hAnsi="Aspira"/>
        </w:rPr>
      </w:pPr>
      <w:r w:rsidRPr="005E0DB6">
        <w:rPr>
          <w:noProof/>
          <w:color w:val="215868" w:themeColor="accent5" w:themeShade="80"/>
        </w:rPr>
        <w:drawing>
          <wp:anchor distT="0" distB="0" distL="114300" distR="114300" simplePos="0" relativeHeight="251661312" behindDoc="1" locked="0" layoutInCell="1" allowOverlap="1" wp14:anchorId="16FBE896" wp14:editId="7C496A56">
            <wp:simplePos x="0" y="0"/>
            <wp:positionH relativeFrom="column">
              <wp:posOffset>-340360</wp:posOffset>
            </wp:positionH>
            <wp:positionV relativeFrom="paragraph">
              <wp:posOffset>7684770</wp:posOffset>
            </wp:positionV>
            <wp:extent cx="7011035" cy="1027430"/>
            <wp:effectExtent l="0" t="0" r="0" b="1270"/>
            <wp:wrapTight wrapText="bothSides">
              <wp:wrapPolygon edited="0">
                <wp:start x="0" y="0"/>
                <wp:lineTo x="0" y="21226"/>
                <wp:lineTo x="21539" y="21226"/>
                <wp:lineTo x="21539" y="0"/>
                <wp:lineTo x="0" y="0"/>
              </wp:wrapPolygon>
            </wp:wrapTight>
            <wp:docPr id="1570489839" name="Picture 4" descr="A logo of a lea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489839" name="Picture 4" descr="A logo of a lead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11035" cy="1027430"/>
                    </a:xfrm>
                    <a:prstGeom prst="rect">
                      <a:avLst/>
                    </a:prstGeom>
                    <a:noFill/>
                    <a:ln>
                      <a:noFill/>
                    </a:ln>
                  </pic:spPr>
                </pic:pic>
              </a:graphicData>
            </a:graphic>
          </wp:anchor>
        </w:drawing>
      </w:r>
      <w:r w:rsidR="007802B5" w:rsidRPr="005E0DB6">
        <w:rPr>
          <w:rFonts w:ascii="Aspira" w:hAnsi="Aspira"/>
          <w:b/>
          <w:color w:val="215868" w:themeColor="accent5" w:themeShade="80"/>
        </w:rPr>
        <w:t>South Tipperary Development Company CLG is an equal opportunities employer</w:t>
      </w:r>
    </w:p>
    <w:sectPr w:rsidR="005970D7" w:rsidRPr="002C14E1" w:rsidSect="00034616">
      <w:headerReference w:type="default" r:id="rId13"/>
      <w:footerReference w:type="default" r:id="rId14"/>
      <w:pgSz w:w="12240" w:h="15840"/>
      <w:pgMar w:top="893" w:right="1123" w:bottom="893" w:left="1123"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F2222" w14:textId="77777777" w:rsidR="00386BF1" w:rsidRDefault="00386BF1">
      <w:pPr>
        <w:spacing w:after="0" w:line="240" w:lineRule="auto"/>
      </w:pPr>
      <w:r>
        <w:separator/>
      </w:r>
    </w:p>
  </w:endnote>
  <w:endnote w:type="continuationSeparator" w:id="0">
    <w:p w14:paraId="4CAFEDD2" w14:textId="77777777" w:rsidR="00386BF1" w:rsidRDefault="00386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spira">
    <w:panose1 w:val="00000000000000000000"/>
    <w:charset w:val="00"/>
    <w:family w:val="modern"/>
    <w:notTrueType/>
    <w:pitch w:val="variable"/>
    <w:sig w:usb0="800000AF" w:usb1="4000206B" w:usb2="00000000" w:usb3="00000000" w:csb0="0000001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6953" w14:textId="77777777" w:rsidR="005970D7" w:rsidRDefault="007802B5">
    <w:pPr>
      <w:pStyle w:val="Footer"/>
      <w:jc w:val="center"/>
    </w:pPr>
    <w:r>
      <w:rPr>
        <w:color w:val="666666"/>
        <w:sz w:val="15"/>
      </w:rPr>
      <w:t xml:space="preserve">Human Resources and Employment Services Manager | Application Form 2026 | Page </w:t>
    </w:r>
    <w:r>
      <w:fldChar w:fldCharType="begin"/>
    </w:r>
    <w:r>
      <w:instrText>PAGE</w:instrText>
    </w:r>
    <w:r>
      <w:fldChar w:fldCharType="separate"/>
    </w:r>
    <w:r w:rsidR="002C769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D265D" w14:textId="77777777" w:rsidR="00386BF1" w:rsidRDefault="00386BF1">
      <w:pPr>
        <w:spacing w:after="0" w:line="240" w:lineRule="auto"/>
      </w:pPr>
      <w:r>
        <w:separator/>
      </w:r>
    </w:p>
  </w:footnote>
  <w:footnote w:type="continuationSeparator" w:id="0">
    <w:p w14:paraId="08D887C3" w14:textId="77777777" w:rsidR="00386BF1" w:rsidRDefault="00386B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23B9" w14:textId="4EDBC7F0" w:rsidR="005970D7" w:rsidRDefault="007802B5">
    <w:pPr>
      <w:pStyle w:val="Header"/>
      <w:jc w:val="right"/>
    </w:pPr>
    <w:r>
      <w:rPr>
        <w:color w:val="666666"/>
        <w:sz w:val="15"/>
      </w:rPr>
      <w:t>STDC | HRESM Application Form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A44FBE2"/>
    <w:lvl w:ilvl="0">
      <w:start w:val="1"/>
      <w:numFmt w:val="bullet"/>
      <w:pStyle w:val="ListBullet"/>
      <w:lvlText w:val=""/>
      <w:lvlJc w:val="left"/>
      <w:pPr>
        <w:tabs>
          <w:tab w:val="num" w:pos="360"/>
        </w:tabs>
        <w:ind w:left="360" w:hanging="360"/>
      </w:pPr>
      <w:rPr>
        <w:rFonts w:ascii="Symbol" w:hAnsi="Symbol" w:hint="default"/>
      </w:rPr>
    </w:lvl>
  </w:abstractNum>
  <w:num w:numId="1" w16cid:durableId="1956978323">
    <w:abstractNumId w:val="8"/>
  </w:num>
  <w:num w:numId="2" w16cid:durableId="298459772">
    <w:abstractNumId w:val="6"/>
  </w:num>
  <w:num w:numId="3" w16cid:durableId="2005425070">
    <w:abstractNumId w:val="5"/>
  </w:num>
  <w:num w:numId="4" w16cid:durableId="1750541414">
    <w:abstractNumId w:val="4"/>
  </w:num>
  <w:num w:numId="5" w16cid:durableId="941643482">
    <w:abstractNumId w:val="7"/>
  </w:num>
  <w:num w:numId="6" w16cid:durableId="1176925183">
    <w:abstractNumId w:val="3"/>
  </w:num>
  <w:num w:numId="7" w16cid:durableId="2052998760">
    <w:abstractNumId w:val="2"/>
  </w:num>
  <w:num w:numId="8" w16cid:durableId="976955523">
    <w:abstractNumId w:val="1"/>
  </w:num>
  <w:num w:numId="9" w16cid:durableId="1634166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CED"/>
    <w:rsid w:val="00034616"/>
    <w:rsid w:val="0006063C"/>
    <w:rsid w:val="0015074B"/>
    <w:rsid w:val="001E692D"/>
    <w:rsid w:val="0029639D"/>
    <w:rsid w:val="002C14E1"/>
    <w:rsid w:val="002C7693"/>
    <w:rsid w:val="002F24B8"/>
    <w:rsid w:val="00326F90"/>
    <w:rsid w:val="00386BF1"/>
    <w:rsid w:val="0059198B"/>
    <w:rsid w:val="005970D7"/>
    <w:rsid w:val="005E0DB6"/>
    <w:rsid w:val="00652599"/>
    <w:rsid w:val="00737DFE"/>
    <w:rsid w:val="00750201"/>
    <w:rsid w:val="007802B5"/>
    <w:rsid w:val="007C6ED9"/>
    <w:rsid w:val="00901833"/>
    <w:rsid w:val="00921F33"/>
    <w:rsid w:val="00A455C3"/>
    <w:rsid w:val="00AA1D8D"/>
    <w:rsid w:val="00AF4BCB"/>
    <w:rsid w:val="00B47730"/>
    <w:rsid w:val="00CB0664"/>
    <w:rsid w:val="00CE2A13"/>
    <w:rsid w:val="00D66E19"/>
    <w:rsid w:val="00E67849"/>
    <w:rsid w:val="00EF24B8"/>
    <w:rsid w:val="00F26089"/>
    <w:rsid w:val="00FC693F"/>
    <w:rsid w:val="00FF5C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3DAEDE"/>
  <w14:defaultImageDpi w14:val="330"/>
  <w15:docId w15:val="{FA76F01B-A362-46EB-9678-97607849E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Instruction">
    <w:name w:val="Small Instruction"/>
    <w:rPr>
      <w:rFonts w:ascii="Aptos" w:hAnsi="Aptos"/>
      <w:i/>
      <w:color w:val="66666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6E7E703B820B439CAA4E9970993CCA" ma:contentTypeVersion="16" ma:contentTypeDescription="Create a new document." ma:contentTypeScope="" ma:versionID="168145112c6c2b370ca7f4ef728b9668">
  <xsd:schema xmlns:xsd="http://www.w3.org/2001/XMLSchema" xmlns:xs="http://www.w3.org/2001/XMLSchema" xmlns:p="http://schemas.microsoft.com/office/2006/metadata/properties" xmlns:ns2="e5e9b34f-9008-47f8-8da7-638c56100b9e" xmlns:ns3="c0a30fd2-77f3-430d-9910-8b3439a565f0" targetNamespace="http://schemas.microsoft.com/office/2006/metadata/properties" ma:root="true" ma:fieldsID="40fcf2e7762a9cebcbfac1c833dcf970" ns2:_="" ns3:_="">
    <xsd:import namespace="e5e9b34f-9008-47f8-8da7-638c56100b9e"/>
    <xsd:import namespace="c0a30fd2-77f3-430d-9910-8b3439a565f0"/>
    <xsd:element name="properties">
      <xsd:complexType>
        <xsd:sequence>
          <xsd:element name="documentManagement">
            <xsd:complexType>
              <xsd:all>
                <xsd:element ref="ns2:MediaServiceMetadata" minOccurs="0"/>
                <xsd:element ref="ns2:MediaServiceFastMetadata" minOccurs="0"/>
                <xsd:element ref="ns3:TaxCatchAll"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e9b34f-9008-47f8-8da7-638c56100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5ddff14-8b58-4477-aa38-4d66bfa0139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a30fd2-77f3-430d-9910-8b3439a565f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8a4fbbd-58ab-4fef-ac97-68b4024724b2}" ma:internalName="TaxCatchAll" ma:showField="CatchAllData" ma:web="c0a30fd2-77f3-430d-9910-8b3439a565f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e9b34f-9008-47f8-8da7-638c56100b9e">
      <Terms xmlns="http://schemas.microsoft.com/office/infopath/2007/PartnerControls"/>
    </lcf76f155ced4ddcb4097134ff3c332f>
    <TaxCatchAll xmlns="c0a30fd2-77f3-430d-9910-8b3439a565f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54537E-88FF-48B9-9CD8-817CBE733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e9b34f-9008-47f8-8da7-638c56100b9e"/>
    <ds:schemaRef ds:uri="c0a30fd2-77f3-430d-9910-8b3439a565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8719F5CD-73DE-4289-971F-14534E417160}">
  <ds:schemaRefs>
    <ds:schemaRef ds:uri="http://schemas.microsoft.com/office/2006/metadata/properties"/>
    <ds:schemaRef ds:uri="http://schemas.microsoft.com/office/infopath/2007/PartnerControls"/>
    <ds:schemaRef ds:uri="e5e9b34f-9008-47f8-8da7-638c56100b9e"/>
    <ds:schemaRef ds:uri="c0a30fd2-77f3-430d-9910-8b3439a565f0"/>
  </ds:schemaRefs>
</ds:datastoreItem>
</file>

<file path=customXml/itemProps4.xml><?xml version="1.0" encoding="utf-8"?>
<ds:datastoreItem xmlns:ds="http://schemas.openxmlformats.org/officeDocument/2006/customXml" ds:itemID="{ACB7AF7D-665A-4CAF-BDC2-14A48CFF1E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STDC Application Form - Human Resources and Employment Services Manager 2026</vt:lpstr>
    </vt:vector>
  </TitlesOfParts>
  <Manager/>
  <Company/>
  <LinksUpToDate>false</LinksUpToDate>
  <CharactersWithSpaces>6840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 Application Form - Human Resources and Employment Services Manager 2026</dc:title>
  <dc:subject>Updated application form aligned to four key responsibilities in the job description</dc:subject>
  <dc:creator>Isabel Cambie</dc:creator>
  <cp:keywords/>
  <dc:description>generated by python-docx</dc:description>
  <cp:lastModifiedBy>Noirin O'Dwyer</cp:lastModifiedBy>
  <cp:revision>3</cp:revision>
  <dcterms:created xsi:type="dcterms:W3CDTF">2026-09-25T09:11:00Z</dcterms:created>
  <dcterms:modified xsi:type="dcterms:W3CDTF">2026-09-25T09:27:00Z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0x010100086E7E703B820B439CAA4E9970993CCA</vt:lpwstr>
  </property>
  <property fmtid="{D5CDD505-2E9C-101B-9397-08002B2CF9AE}" pid="3" name="MediaServiceImageTags">
    <vt:lpwstr/>
  </property>
  <property fmtid="{D5CDD505-2E9C-101B-9397-08002B2CF9AE}" pid="4" name="docLang">
    <vt:lpwstr>en</vt:lpwstr>
  </property>
</Properties>
</file>